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Calibri" w:hAnsi="Calibri" w:cs="Calibri" w:eastAsia="Microsoft YaHei"/>
        </w:rPr>
        <w:t>STM32F103 视觉取放项目上位机使用手册（中文版）</w:t>
      </w:r>
    </w:p>
    <w:p>
      <w:pPr/>
      <w:r>
        <w:rPr>
          <w:rFonts w:ascii="Calibri" w:hAnsi="Calibri" w:cs="Calibri" w:eastAsia="Microsoft YaHei"/>
        </w:rPr>
        <w:t>适用项目：</w:t>
      </w:r>
      <w:r>
        <w:rPr>
          <w:rFonts w:ascii="Consolas" w:hAnsi="Consolas" w:cs="Consolas" w:eastAsia="Microsoft YaHei"/>
          <w:color w:val="0B2545"/>
          <w:sz w:val="20"/>
        </w:rPr>
        <w:t>E:\STM32F103_VisionPickPlace\HostStm32F103ZET</w:t>
      </w:r>
    </w:p>
    <w:p>
      <w:pPr/>
      <w:r>
        <w:rPr>
          <w:rFonts w:ascii="Calibri" w:hAnsi="Calibri" w:cs="Calibri" w:eastAsia="Microsoft YaHei"/>
        </w:rPr>
        <w:t>适用软件：</w:t>
      </w:r>
      <w:r>
        <w:rPr>
          <w:rFonts w:ascii="Consolas" w:hAnsi="Consolas" w:cs="Consolas" w:eastAsia="Microsoft YaHei"/>
          <w:color w:val="0B2545"/>
          <w:sz w:val="20"/>
        </w:rPr>
        <w:t>VisionPickPlaceSTM32F103</w:t>
      </w:r>
      <w:r>
        <w:rPr>
          <w:rFonts w:ascii="Calibri" w:hAnsi="Calibri" w:cs="Calibri" w:eastAsia="Microsoft YaHei"/>
        </w:rPr>
        <w:t xml:space="preserve">，当前界面标题显示版本 </w:t>
      </w:r>
      <w:r>
        <w:rPr>
          <w:rFonts w:ascii="Consolas" w:hAnsi="Consolas" w:cs="Consolas" w:eastAsia="Microsoft YaHei"/>
          <w:color w:val="0B2545"/>
          <w:sz w:val="20"/>
        </w:rPr>
        <w:t>V2.92</w:t>
      </w:r>
    </w:p>
    <w:p>
      <w:pPr/>
      <w:r>
        <w:rPr>
          <w:rFonts w:ascii="Calibri" w:hAnsi="Calibri" w:cs="Calibri" w:eastAsia="Microsoft YaHei"/>
        </w:rPr>
        <w:t>说明范围：本版先说明上位机的非视觉操作，包括连接、任务编辑、运行控制、操作面板、系统参数、IO/电机监控。</w:t>
      </w:r>
      <w:r>
        <w:rPr>
          <w:rFonts w:ascii="Consolas" w:hAnsi="Consolas" w:cs="Consolas" w:eastAsia="Microsoft YaHei"/>
          <w:color w:val="0B2545"/>
          <w:sz w:val="20"/>
        </w:rPr>
        <w:t>视觉坐标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内参标定</w:t>
      </w:r>
      <w:r>
        <w:rPr>
          <w:rFonts w:ascii="Calibri" w:hAnsi="Calibri" w:cs="Calibri" w:eastAsia="Microsoft YaHei"/>
        </w:rPr>
        <w:t>、相机、ROI、视觉标定流程暂不展开。</w:t>
      </w:r>
    </w:p>
    <w:p>
      <w:pPr>
        <w:pStyle w:val="Heading1"/>
      </w:pPr>
      <w:r>
        <w:rPr>
          <w:rFonts w:ascii="Calibri" w:hAnsi="Calibri" w:cs="Calibri" w:eastAsia="Microsoft YaHei"/>
        </w:rPr>
        <w:t>1. 使用前准备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确认 STM32 控制板固件已下载，设备电源、急停、限位、气路/真空等安全条件正常。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将上位机电脑与控制板通信端口连接好。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启动上位机程序：</w:t>
      </w:r>
    </w:p>
    <w:p>
      <w:pPr>
        <w:pStyle w:val="ManualIndented"/>
      </w:pPr>
      <w:r>
        <w:rPr>
          <w:rFonts w:ascii="Consolas" w:hAnsi="Consolas" w:cs="Consolas" w:eastAsia="Microsoft YaHei"/>
          <w:color w:val="0B2545"/>
          <w:sz w:val="20"/>
        </w:rPr>
        <w:t>E:\STM32F103_VisionPickPlace\HostStm32F103ZET\bin\Debug\net10.0-windows\VisionPickPlaceSTM32F103.exe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上位机启动后会尝试自动连接 MCU。连接成功后，底部状态栏会显示机器连接状态和心跳时间；未连接时会显示 </w:t>
      </w:r>
      <w:r>
        <w:rPr>
          <w:rFonts w:ascii="Consolas" w:hAnsi="Consolas" w:cs="Consolas" w:eastAsia="Microsoft YaHei"/>
          <w:color w:val="0B2545"/>
          <w:sz w:val="20"/>
        </w:rPr>
        <w:t>机器: 未连接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心跳: 无/等待</w:t>
      </w:r>
      <w:r>
        <w:rPr>
          <w:rFonts w:ascii="Calibri" w:hAnsi="Calibri" w:cs="Calibri" w:eastAsia="Microsoft YaHei"/>
        </w:rPr>
        <w:t>。</w:t>
      </w:r>
    </w:p>
    <w:p>
      <w:pPr/>
      <w:r>
        <w:rPr>
          <w:rFonts w:ascii="Calibri" w:hAnsi="Calibri" w:cs="Calibri" w:eastAsia="Microsoft YaHei"/>
        </w:rPr>
        <w:t>安全提示：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首次运行、修改系统参数、切换模式、执行多轴复位或运行任务前，应确认运动区域无人、无干涉。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立即停止/立刻停机</w:t>
      </w:r>
      <w:r>
        <w:rPr>
          <w:rFonts w:ascii="Calibri" w:hAnsi="Calibri" w:cs="Calibri" w:eastAsia="Microsoft YaHei"/>
        </w:rPr>
        <w:t xml:space="preserve"> 会立即停止任务和电机；</w:t>
      </w:r>
      <w:r>
        <w:rPr>
          <w:rFonts w:ascii="Consolas" w:hAnsi="Consolas" w:cs="Consolas" w:eastAsia="Microsoft YaHei"/>
          <w:color w:val="0B2545"/>
          <w:sz w:val="20"/>
        </w:rPr>
        <w:t>缓冲停止</w:t>
      </w:r>
      <w:r>
        <w:rPr>
          <w:rFonts w:ascii="Calibri" w:hAnsi="Calibri" w:cs="Calibri" w:eastAsia="Microsoft YaHei"/>
        </w:rPr>
        <w:t xml:space="preserve"> 会等待当前指令完成后停止。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系统复位</w:t>
      </w:r>
      <w:r>
        <w:rPr>
          <w:rFonts w:ascii="Calibri" w:hAnsi="Calibri" w:cs="Calibri" w:eastAsia="Microsoft YaHei"/>
        </w:rPr>
        <w:t xml:space="preserve"> 会停止全部任务和电机，并让 MCU 重启，上位机会等待自动重连。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多轴复位</w:t>
      </w:r>
      <w:r>
        <w:rPr>
          <w:rFonts w:ascii="Calibri" w:hAnsi="Calibri" w:cs="Calibri" w:eastAsia="Microsoft YaHei"/>
        </w:rPr>
        <w:t xml:space="preserve"> 只在插补模式下可用，执行前必须确认各轴回零方向、限位、行程参数正确。</w:t>
      </w:r>
    </w:p>
    <w:p>
      <w:pPr>
        <w:pStyle w:val="Heading1"/>
      </w:pPr>
      <w:r>
        <w:rPr>
          <w:rFonts w:ascii="Calibri" w:hAnsi="Calibri" w:cs="Calibri" w:eastAsia="Microsoft YaHei"/>
        </w:rPr>
        <w:t>2. 主界面总览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task_p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图1 主界面任务页</w:t>
      </w:r>
    </w:p>
    <w:p>
      <w:pPr>
        <w:pStyle w:val="ManualCaption"/>
      </w:pPr>
      <w:r>
        <w:rPr>
          <w:rFonts w:ascii="Calibri" w:hAnsi="Calibri" w:cs="Calibri" w:eastAsia="Microsoft YaHei"/>
        </w:rPr>
        <w:t>图 1 说明：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顶部页签区：当前手册主要使用 </w:t>
      </w:r>
      <w:r>
        <w:rPr>
          <w:rFonts w:ascii="Consolas" w:hAnsi="Consolas" w:cs="Consolas" w:eastAsia="Microsoft YaHei"/>
          <w:color w:val="0B2545"/>
          <w:sz w:val="20"/>
        </w:rPr>
        <w:t>任务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系统监控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系统参数</w:t>
      </w:r>
      <w:r>
        <w:rPr>
          <w:rFonts w:ascii="Calibri" w:hAnsi="Calibri" w:cs="Calibri" w:eastAsia="Microsoft YaHei"/>
        </w:rPr>
        <w:t>。</w:t>
      </w:r>
      <w:r>
        <w:rPr>
          <w:rFonts w:ascii="Consolas" w:hAnsi="Consolas" w:cs="Consolas" w:eastAsia="Microsoft YaHei"/>
          <w:color w:val="0B2545"/>
          <w:sz w:val="20"/>
        </w:rPr>
        <w:t>视觉坐标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内参标定</w:t>
      </w:r>
      <w:r>
        <w:rPr>
          <w:rFonts w:ascii="Calibri" w:hAnsi="Calibri" w:cs="Calibri" w:eastAsia="Microsoft YaHei"/>
        </w:rPr>
        <w:t xml:space="preserve"> 本版不说明。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指令编辑区：左侧选择指令类型，中间编辑当前指令的参数。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当前任务指令表：显示任务指令顺序，可插入、删除、上移、下移、单步运行。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操作区：包含 </w:t>
      </w:r>
      <w:r>
        <w:rPr>
          <w:rFonts w:ascii="Consolas" w:hAnsi="Consolas" w:cs="Consolas" w:eastAsia="Microsoft YaHei"/>
          <w:color w:val="0B2545"/>
          <w:sz w:val="20"/>
        </w:rPr>
        <w:t>多轴复位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系统复位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打开操作面板</w:t>
      </w:r>
      <w:r>
        <w:rPr>
          <w:rFonts w:ascii="Calibri" w:hAnsi="Calibri" w:cs="Calibri" w:eastAsia="Microsoft YaHei"/>
        </w:rPr>
        <w:t xml:space="preserve"> 等全局操作入口。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>状态栏：显示操作结果、机器连接、心跳、运行状态等信息。</w:t>
      </w:r>
    </w:p>
    <w:p>
      <w:pPr/>
      <w:r>
        <w:rPr>
          <w:rFonts w:ascii="Calibri" w:hAnsi="Calibri" w:cs="Calibri" w:eastAsia="Microsoft YaHei"/>
        </w:rPr>
        <w:t>任务槽说明：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0</w:t>
      </w:r>
      <w:r>
        <w:rPr>
          <w:rFonts w:ascii="Calibri" w:hAnsi="Calibri" w:cs="Calibri" w:eastAsia="Microsoft YaHei"/>
        </w:rPr>
        <w:t xml:space="preserve"> 到 </w:t>
      </w:r>
      <w:r>
        <w:rPr>
          <w:rFonts w:ascii="Consolas" w:hAnsi="Consolas" w:cs="Consolas" w:eastAsia="Microsoft YaHei"/>
          <w:color w:val="0B2545"/>
          <w:sz w:val="20"/>
        </w:rPr>
        <w:t>9</w:t>
      </w:r>
      <w:r>
        <w:rPr>
          <w:rFonts w:ascii="Calibri" w:hAnsi="Calibri" w:cs="Calibri" w:eastAsia="Microsoft YaHei"/>
        </w:rPr>
        <w:t xml:space="preserve"> 为系统任务槽，可保存不同的任务流程。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测试</w:t>
      </w:r>
      <w:r>
        <w:rPr>
          <w:rFonts w:ascii="Calibri" w:hAnsi="Calibri" w:cs="Calibri" w:eastAsia="Microsoft YaHei"/>
        </w:rPr>
        <w:t xml:space="preserve"> 为指令测试任务，通常用于调试单条或临时指令。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任务状态常见值包括 </w:t>
      </w:r>
      <w:r>
        <w:rPr>
          <w:rFonts w:ascii="Consolas" w:hAnsi="Consolas" w:cs="Consolas" w:eastAsia="Microsoft YaHei"/>
          <w:color w:val="0B2545"/>
          <w:sz w:val="20"/>
        </w:rPr>
        <w:t>空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停止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运行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暂停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完成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错误</w:t>
      </w:r>
      <w:r>
        <w:rPr>
          <w:rFonts w:ascii="Calibri" w:hAnsi="Calibri" w:cs="Calibri" w:eastAsia="Microsoft YaHei"/>
        </w:rPr>
        <w:t>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双击任务名称可修改显示名称；显示名称会用于界面展示和任务辨识。</w:t>
      </w:r>
    </w:p>
    <w:p>
      <w:pPr>
        <w:pStyle w:val="Heading1"/>
      </w:pPr>
      <w:r>
        <w:rPr>
          <w:rFonts w:ascii="Calibri" w:hAnsi="Calibri" w:cs="Calibri" w:eastAsia="Microsoft YaHei"/>
        </w:rPr>
        <w:t>3. 启动与连接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打开上位机后观察底部状态栏。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若显示已连接并有心跳，说明 MCU 通信正常。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 xml:space="preserve">若未连接，进入 </w:t>
      </w:r>
      <w:r>
        <w:rPr>
          <w:rFonts w:ascii="Consolas" w:hAnsi="Consolas" w:cs="Consolas" w:eastAsia="Microsoft YaHei"/>
          <w:color w:val="0B2545"/>
          <w:sz w:val="20"/>
        </w:rPr>
        <w:t>系统参数</w:t>
      </w:r>
      <w:r>
        <w:rPr>
          <w:rFonts w:ascii="Calibri" w:hAnsi="Calibri" w:cs="Calibri" w:eastAsia="Microsoft YaHei"/>
        </w:rPr>
        <w:t xml:space="preserve"> 页，检查 </w:t>
      </w:r>
      <w:r>
        <w:rPr>
          <w:rFonts w:ascii="Consolas" w:hAnsi="Consolas" w:cs="Consolas" w:eastAsia="Microsoft YaHei"/>
          <w:color w:val="0B2545"/>
          <w:sz w:val="20"/>
        </w:rPr>
        <w:t>通信端口</w:t>
      </w:r>
      <w:r>
        <w:rPr>
          <w:rFonts w:ascii="Calibri" w:hAnsi="Calibri" w:cs="Calibri" w:eastAsia="Microsoft YaHei"/>
        </w:rPr>
        <w:t xml:space="preserve"> 设置。默认常用配置为：</w:t>
      </w:r>
    </w:p>
    <w:p>
      <w:pPr>
        <w:pStyle w:val="ListBullet"/>
        <w:spacing w:after="80" w:line="300" w:lineRule="auto"/>
        <w:ind w:left="900" w:hanging="271"/>
      </w:pPr>
      <w:r>
        <w:rPr>
          <w:rFonts w:ascii="Consolas" w:hAnsi="Consolas" w:cs="Consolas" w:eastAsia="Microsoft YaHei"/>
          <w:color w:val="0B2545"/>
          <w:sz w:val="20"/>
        </w:rPr>
        <w:t>通信协议端口</w:t>
      </w:r>
      <w:r>
        <w:rPr>
          <w:rFonts w:ascii="Calibri" w:hAnsi="Calibri" w:cs="Calibri" w:eastAsia="Microsoft YaHei"/>
        </w:rPr>
        <w:t>：</w:t>
      </w:r>
      <w:r>
        <w:rPr>
          <w:rFonts w:ascii="Consolas" w:hAnsi="Consolas" w:cs="Consolas" w:eastAsia="Microsoft YaHei"/>
          <w:color w:val="0B2545"/>
          <w:sz w:val="20"/>
        </w:rPr>
        <w:t>TTL</w:t>
      </w:r>
    </w:p>
    <w:p>
      <w:pPr>
        <w:pStyle w:val="ListBullet"/>
        <w:spacing w:after="80" w:line="300" w:lineRule="auto"/>
        <w:ind w:left="900" w:hanging="271"/>
      </w:pPr>
      <w:r>
        <w:rPr>
          <w:rFonts w:ascii="Consolas" w:hAnsi="Consolas" w:cs="Consolas" w:eastAsia="Microsoft YaHei"/>
          <w:color w:val="0B2545"/>
          <w:sz w:val="20"/>
        </w:rPr>
        <w:t>跟踪调试端口</w:t>
      </w:r>
      <w:r>
        <w:rPr>
          <w:rFonts w:ascii="Calibri" w:hAnsi="Calibri" w:cs="Calibri" w:eastAsia="Microsoft YaHei"/>
        </w:rPr>
        <w:t>：</w:t>
      </w:r>
      <w:r>
        <w:rPr>
          <w:rFonts w:ascii="Consolas" w:hAnsi="Consolas" w:cs="Consolas" w:eastAsia="Microsoft YaHei"/>
          <w:color w:val="0B2545"/>
          <w:sz w:val="20"/>
        </w:rPr>
        <w:t>CH340串口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修改通信端口后，使用 </w:t>
      </w:r>
      <w:r>
        <w:rPr>
          <w:rFonts w:ascii="Consolas" w:hAnsi="Consolas" w:cs="Consolas" w:eastAsia="Microsoft YaHei"/>
          <w:color w:val="0B2545"/>
          <w:sz w:val="20"/>
        </w:rPr>
        <w:t>保存并下载</w:t>
      </w:r>
      <w:r>
        <w:rPr>
          <w:rFonts w:ascii="Calibri" w:hAnsi="Calibri" w:cs="Calibri" w:eastAsia="Microsoft YaHei"/>
        </w:rPr>
        <w:t xml:space="preserve"> 保存参数，并根据提示重启/重连。</w:t>
      </w:r>
    </w:p>
    <w:p>
      <w:pPr/>
      <w:r>
        <w:rPr>
          <w:rFonts w:ascii="Calibri" w:hAnsi="Calibri" w:cs="Calibri" w:eastAsia="Microsoft YaHei"/>
        </w:rPr>
        <w:t xml:space="preserve">启动连接成功后，上位机会从 MCU 读取系统参数和任务信息；如果本地存在 </w:t>
      </w:r>
      <w:r>
        <w:rPr>
          <w:rFonts w:ascii="Consolas" w:hAnsi="Consolas" w:cs="Consolas" w:eastAsia="Microsoft YaHei"/>
          <w:color w:val="0B2545"/>
          <w:sz w:val="20"/>
        </w:rPr>
        <w:t>Data\ProjectDefault\config_default.json</w:t>
      </w:r>
      <w:r>
        <w:rPr>
          <w:rFonts w:ascii="Calibri" w:hAnsi="Calibri" w:cs="Calibri" w:eastAsia="Microsoft YaHei"/>
        </w:rPr>
        <w:t>，软件也会用该文件中的任务名称、点位、显示名称等信息辅助匹配和显示。</w:t>
      </w:r>
    </w:p>
    <w:p>
      <w:pPr>
        <w:pStyle w:val="Heading1"/>
      </w:pPr>
      <w:r>
        <w:rPr>
          <w:rFonts w:ascii="Calibri" w:hAnsi="Calibri" w:cs="Calibri" w:eastAsia="Microsoft YaHei"/>
        </w:rPr>
        <w:t>4. 操作面板</w:t>
      </w:r>
    </w:p>
    <w:p>
      <w:pPr/>
      <w:r>
        <w:rPr>
          <w:rFonts w:ascii="Calibri" w:hAnsi="Calibri" w:cs="Calibri" w:eastAsia="Microsoft YaHei"/>
        </w:rPr>
        <w:t xml:space="preserve">在 </w:t>
      </w:r>
      <w:r>
        <w:rPr>
          <w:rFonts w:ascii="Consolas" w:hAnsi="Consolas" w:cs="Consolas" w:eastAsia="Microsoft YaHei"/>
          <w:color w:val="0B2545"/>
          <w:sz w:val="20"/>
        </w:rPr>
        <w:t>任务</w:t>
      </w:r>
      <w:r>
        <w:rPr>
          <w:rFonts w:ascii="Calibri" w:hAnsi="Calibri" w:cs="Calibri" w:eastAsia="Microsoft YaHei"/>
        </w:rPr>
        <w:t xml:space="preserve"> 页点击 </w:t>
      </w:r>
      <w:r>
        <w:rPr>
          <w:rFonts w:ascii="Consolas" w:hAnsi="Consolas" w:cs="Consolas" w:eastAsia="Microsoft YaHei"/>
          <w:color w:val="0B2545"/>
          <w:sz w:val="20"/>
        </w:rPr>
        <w:t>打开操作面板</w:t>
      </w:r>
      <w:r>
        <w:rPr>
          <w:rFonts w:ascii="Calibri" w:hAnsi="Calibri" w:cs="Calibri" w:eastAsia="Microsoft YaHei"/>
        </w:rPr>
        <w:t>，可打开适合现场操作的大按钮窗口。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52666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operation_pane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66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图2 操作面板</w:t>
      </w:r>
    </w:p>
    <w:p>
      <w:pPr>
        <w:pStyle w:val="ManualCaption"/>
      </w:pPr>
      <w:r>
        <w:rPr>
          <w:rFonts w:ascii="Calibri" w:hAnsi="Calibri" w:cs="Calibri" w:eastAsia="Microsoft YaHei"/>
        </w:rPr>
        <w:t>图 2 说明：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计数区：</w:t>
      </w:r>
      <w:r>
        <w:rPr>
          <w:rFonts w:ascii="Consolas" w:hAnsi="Consolas" w:cs="Consolas" w:eastAsia="Microsoft YaHei"/>
          <w:color w:val="0B2545"/>
          <w:sz w:val="20"/>
        </w:rPr>
        <w:t>总数</w:t>
      </w:r>
      <w:r>
        <w:rPr>
          <w:rFonts w:ascii="Calibri" w:hAnsi="Calibri" w:cs="Calibri" w:eastAsia="Microsoft YaHei"/>
        </w:rPr>
        <w:t xml:space="preserve"> 为累计数量，</w:t>
      </w:r>
      <w:r>
        <w:rPr>
          <w:rFonts w:ascii="Consolas" w:hAnsi="Consolas" w:cs="Consolas" w:eastAsia="Microsoft YaHei"/>
          <w:color w:val="0B2545"/>
          <w:sz w:val="20"/>
        </w:rPr>
        <w:t>计数</w:t>
      </w:r>
      <w:r>
        <w:rPr>
          <w:rFonts w:ascii="Calibri" w:hAnsi="Calibri" w:cs="Calibri" w:eastAsia="Microsoft YaHei"/>
        </w:rPr>
        <w:t xml:space="preserve"> 为当前计数段，</w:t>
      </w:r>
      <w:r>
        <w:rPr>
          <w:rFonts w:ascii="Consolas" w:hAnsi="Consolas" w:cs="Consolas" w:eastAsia="Microsoft YaHei"/>
          <w:color w:val="0B2545"/>
          <w:sz w:val="20"/>
        </w:rPr>
        <w:t>计数清零</w:t>
      </w:r>
      <w:r>
        <w:rPr>
          <w:rFonts w:ascii="Calibri" w:hAnsi="Calibri" w:cs="Calibri" w:eastAsia="Microsoft YaHei"/>
        </w:rPr>
        <w:t xml:space="preserve"> 只清当前计数段，总数保持。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启动区：</w:t>
      </w:r>
      <w:r>
        <w:rPr>
          <w:rFonts w:ascii="Consolas" w:hAnsi="Consolas" w:cs="Consolas" w:eastAsia="Microsoft YaHei"/>
          <w:color w:val="0B2545"/>
          <w:sz w:val="20"/>
        </w:rPr>
        <w:t>运行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单次运行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连续运行/继续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停止/暂停区：包含立即停止、缓冲停止、立即暂停、缓冲暂停、继续运行。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复位与组合按钮区：包含系统复位、多轴复位，以及运行/暂停/继续的组合按钮。</w:t>
      </w:r>
    </w:p>
    <w:p>
      <w:pPr/>
      <w:r>
        <w:rPr>
          <w:rFonts w:ascii="Calibri" w:hAnsi="Calibri" w:cs="Calibri" w:eastAsia="Microsoft YaHei"/>
        </w:rPr>
        <w:t>按钮含义：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运行</w:t>
      </w:r>
      <w:r>
        <w:rPr>
          <w:rFonts w:ascii="Calibri" w:hAnsi="Calibri" w:cs="Calibri" w:eastAsia="Microsoft YaHei"/>
        </w:rPr>
        <w:t>：启动所有可运行任务，连续运行。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单次运行</w:t>
      </w:r>
      <w:r>
        <w:rPr>
          <w:rFonts w:ascii="Calibri" w:hAnsi="Calibri" w:cs="Calibri" w:eastAsia="Microsoft YaHei"/>
        </w:rPr>
        <w:t>：启动所有可运行任务，按单次模式运行。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连续运行/继续</w:t>
      </w:r>
      <w:r>
        <w:rPr>
          <w:rFonts w:ascii="Calibri" w:hAnsi="Calibri" w:cs="Calibri" w:eastAsia="Microsoft YaHei"/>
        </w:rPr>
        <w:t>：未运行时启动，暂停时继续。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立即停止</w:t>
      </w:r>
      <w:r>
        <w:rPr>
          <w:rFonts w:ascii="Calibri" w:hAnsi="Calibri" w:cs="Calibri" w:eastAsia="Microsoft YaHei"/>
        </w:rPr>
        <w:t>：立即停止全部任务和电机。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缓冲停止</w:t>
      </w:r>
      <w:r>
        <w:rPr>
          <w:rFonts w:ascii="Calibri" w:hAnsi="Calibri" w:cs="Calibri" w:eastAsia="Microsoft YaHei"/>
        </w:rPr>
        <w:t>：当前指令执行完成后停止，并释放资源。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立即暂停</w:t>
      </w:r>
      <w:r>
        <w:rPr>
          <w:rFonts w:ascii="Calibri" w:hAnsi="Calibri" w:cs="Calibri" w:eastAsia="Microsoft YaHei"/>
        </w:rPr>
        <w:t>：立即暂停全部任务，并释放资源。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缓冲暂停</w:t>
      </w:r>
      <w:r>
        <w:rPr>
          <w:rFonts w:ascii="Calibri" w:hAnsi="Calibri" w:cs="Calibri" w:eastAsia="Microsoft YaHei"/>
        </w:rPr>
        <w:t>：当前指令执行完成后暂停，并保持资源。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继续运行</w:t>
      </w:r>
      <w:r>
        <w:rPr>
          <w:rFonts w:ascii="Calibri" w:hAnsi="Calibri" w:cs="Calibri" w:eastAsia="Microsoft YaHei"/>
        </w:rPr>
        <w:t>：恢复暂停任务。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系统复位</w:t>
      </w:r>
      <w:r>
        <w:rPr>
          <w:rFonts w:ascii="Calibri" w:hAnsi="Calibri" w:cs="Calibri" w:eastAsia="Microsoft YaHei"/>
        </w:rPr>
        <w:t>：停止全部任务和电机，重启 MCU，并等待上位机自动重连。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多轴复位</w:t>
      </w:r>
      <w:r>
        <w:rPr>
          <w:rFonts w:ascii="Calibri" w:hAnsi="Calibri" w:cs="Calibri" w:eastAsia="Microsoft YaHei"/>
        </w:rPr>
        <w:t>：插补模式下执行多轴回零/复位流程。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连续运行/缓冲暂停/继续</w:t>
      </w:r>
      <w:r>
        <w:rPr>
          <w:rFonts w:ascii="Calibri" w:hAnsi="Calibri" w:cs="Calibri" w:eastAsia="Microsoft YaHei"/>
        </w:rPr>
        <w:t>：未运行时连续运行，运行中缓冲暂停，暂停中继续。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连续运行+立即暂停+继续运行</w:t>
      </w:r>
      <w:r>
        <w:rPr>
          <w:rFonts w:ascii="Calibri" w:hAnsi="Calibri" w:cs="Calibri" w:eastAsia="Microsoft YaHei"/>
        </w:rPr>
        <w:t>：未运行时连续运行，运行中立即暂停，暂停中继续。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立即暂停+继续运行</w:t>
      </w:r>
      <w:r>
        <w:rPr>
          <w:rFonts w:ascii="Calibri" w:hAnsi="Calibri" w:cs="Calibri" w:eastAsia="Microsoft YaHei"/>
        </w:rPr>
        <w:t>：按下时立即暂停，松开时继续运行。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立即停止+系统复位</w:t>
      </w:r>
      <w:r>
        <w:rPr>
          <w:rFonts w:ascii="Calibri" w:hAnsi="Calibri" w:cs="Calibri" w:eastAsia="Microsoft YaHei"/>
        </w:rPr>
        <w:t>：按下时立即停止，松开时执行系统复位。</w:t>
      </w:r>
    </w:p>
    <w:p>
      <w:pPr>
        <w:pStyle w:val="Heading1"/>
      </w:pPr>
      <w:r>
        <w:rPr>
          <w:rFonts w:ascii="Calibri" w:hAnsi="Calibri" w:cs="Calibri" w:eastAsia="Microsoft YaHei"/>
        </w:rPr>
        <w:t>5. 任务编辑流程</w:t>
      </w:r>
    </w:p>
    <w:p>
      <w:pPr/>
      <w:r>
        <w:rPr>
          <w:rFonts w:ascii="Calibri" w:hAnsi="Calibri" w:cs="Calibri" w:eastAsia="Microsoft YaHei"/>
        </w:rPr>
        <w:t>典型任务编辑顺序：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在任务槽 </w:t>
      </w:r>
      <w:r>
        <w:rPr>
          <w:rFonts w:ascii="Consolas" w:hAnsi="Consolas" w:cs="Consolas" w:eastAsia="Microsoft YaHei"/>
          <w:color w:val="0B2545"/>
          <w:sz w:val="20"/>
        </w:rPr>
        <w:t>0-9</w:t>
      </w:r>
      <w:r>
        <w:rPr>
          <w:rFonts w:ascii="Calibri" w:hAnsi="Calibri" w:cs="Calibri" w:eastAsia="Microsoft YaHei"/>
        </w:rPr>
        <w:t xml:space="preserve"> 或 </w:t>
      </w:r>
      <w:r>
        <w:rPr>
          <w:rFonts w:ascii="Consolas" w:hAnsi="Consolas" w:cs="Consolas" w:eastAsia="Microsoft YaHei"/>
          <w:color w:val="0B2545"/>
          <w:sz w:val="20"/>
        </w:rPr>
        <w:t>测试</w:t>
      </w:r>
      <w:r>
        <w:rPr>
          <w:rFonts w:ascii="Calibri" w:hAnsi="Calibri" w:cs="Calibri" w:eastAsia="Microsoft YaHei"/>
        </w:rPr>
        <w:t xml:space="preserve"> 中选择要编辑的任务。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 xml:space="preserve">在 </w:t>
      </w:r>
      <w:r>
        <w:rPr>
          <w:rFonts w:ascii="Consolas" w:hAnsi="Consolas" w:cs="Consolas" w:eastAsia="Microsoft YaHei"/>
          <w:color w:val="0B2545"/>
          <w:sz w:val="20"/>
        </w:rPr>
        <w:t>指令</w:t>
      </w:r>
      <w:r>
        <w:rPr>
          <w:rFonts w:ascii="Calibri" w:hAnsi="Calibri" w:cs="Calibri" w:eastAsia="Microsoft YaHei"/>
        </w:rPr>
        <w:t xml:space="preserve"> 列表中选择需要的动作，例如 </w:t>
      </w:r>
      <w:r>
        <w:rPr>
          <w:rFonts w:ascii="Consolas" w:hAnsi="Consolas" w:cs="Consolas" w:eastAsia="Microsoft YaHei"/>
          <w:color w:val="0B2545"/>
          <w:sz w:val="20"/>
        </w:rPr>
        <w:t>输出IO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延时（毫秒）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电机运行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移动到点位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取放料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结束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 xml:space="preserve">点击 </w:t>
      </w:r>
      <w:r>
        <w:rPr>
          <w:rFonts w:ascii="Consolas" w:hAnsi="Consolas" w:cs="Consolas" w:eastAsia="Microsoft YaHei"/>
          <w:color w:val="0B2545"/>
          <w:sz w:val="20"/>
        </w:rPr>
        <w:t>添加</w:t>
      </w:r>
      <w:r>
        <w:rPr>
          <w:rFonts w:ascii="Calibri" w:hAnsi="Calibri" w:cs="Calibri" w:eastAsia="Microsoft YaHei"/>
        </w:rPr>
        <w:t xml:space="preserve"> 或 </w:t>
      </w:r>
      <w:r>
        <w:rPr>
          <w:rFonts w:ascii="Consolas" w:hAnsi="Consolas" w:cs="Consolas" w:eastAsia="Microsoft YaHei"/>
          <w:color w:val="0B2545"/>
          <w:sz w:val="20"/>
        </w:rPr>
        <w:t>插入</w:t>
      </w:r>
      <w:r>
        <w:rPr>
          <w:rFonts w:ascii="Calibri" w:hAnsi="Calibri" w:cs="Calibri" w:eastAsia="Microsoft YaHei"/>
        </w:rPr>
        <w:t>，把指令加入右侧任务指令表。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选中任务指令表中的某一行，在 </w:t>
      </w:r>
      <w:r>
        <w:rPr>
          <w:rFonts w:ascii="Consolas" w:hAnsi="Consolas" w:cs="Consolas" w:eastAsia="Microsoft YaHei"/>
          <w:color w:val="0B2545"/>
          <w:sz w:val="20"/>
        </w:rPr>
        <w:t>任务X 指令参数区</w:t>
      </w:r>
      <w:r>
        <w:rPr>
          <w:rFonts w:ascii="Calibri" w:hAnsi="Calibri" w:cs="Calibri" w:eastAsia="Microsoft YaHei"/>
        </w:rPr>
        <w:t xml:space="preserve"> 修改参数。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 xml:space="preserve">使用 </w:t>
      </w:r>
      <w:r>
        <w:rPr>
          <w:rFonts w:ascii="Consolas" w:hAnsi="Consolas" w:cs="Consolas" w:eastAsia="Microsoft YaHei"/>
          <w:color w:val="0B2545"/>
          <w:sz w:val="20"/>
        </w:rPr>
        <w:t>上移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下移</w:t>
      </w:r>
      <w:r>
        <w:rPr>
          <w:rFonts w:ascii="Calibri" w:hAnsi="Calibri" w:cs="Calibri" w:eastAsia="Microsoft YaHei"/>
        </w:rPr>
        <w:t xml:space="preserve"> 调整顺序，使用 </w:t>
      </w:r>
      <w:r>
        <w:rPr>
          <w:rFonts w:ascii="Consolas" w:hAnsi="Consolas" w:cs="Consolas" w:eastAsia="Microsoft YaHei"/>
          <w:color w:val="0B2545"/>
          <w:sz w:val="20"/>
        </w:rPr>
        <w:t>删除</w:t>
      </w:r>
      <w:r>
        <w:rPr>
          <w:rFonts w:ascii="Calibri" w:hAnsi="Calibri" w:cs="Calibri" w:eastAsia="Microsoft YaHei"/>
        </w:rPr>
        <w:t xml:space="preserve"> 移除指令。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6.</w:t>
        <w:tab/>
      </w:r>
      <w:r>
        <w:rPr>
          <w:rFonts w:ascii="Calibri" w:hAnsi="Calibri" w:cs="Calibri" w:eastAsia="Microsoft YaHei"/>
        </w:rPr>
        <w:t xml:space="preserve">确认任务最后包含 </w:t>
      </w:r>
      <w:r>
        <w:rPr>
          <w:rFonts w:ascii="Consolas" w:hAnsi="Consolas" w:cs="Consolas" w:eastAsia="Microsoft YaHei"/>
          <w:color w:val="0B2545"/>
          <w:sz w:val="20"/>
        </w:rPr>
        <w:t>结束</w:t>
      </w:r>
      <w:r>
        <w:rPr>
          <w:rFonts w:ascii="Calibri" w:hAnsi="Calibri" w:cs="Calibri" w:eastAsia="Microsoft YaHei"/>
        </w:rPr>
        <w:t xml:space="preserve"> 指令，避免流程无法正常结束。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7.</w:t>
        <w:tab/>
      </w:r>
      <w:r>
        <w:rPr>
          <w:rFonts w:ascii="Calibri" w:hAnsi="Calibri" w:cs="Calibri" w:eastAsia="Microsoft YaHei"/>
        </w:rPr>
        <w:t xml:space="preserve">点击当前任务区的 </w:t>
      </w:r>
      <w:r>
        <w:rPr>
          <w:rFonts w:ascii="Consolas" w:hAnsi="Consolas" w:cs="Consolas" w:eastAsia="Microsoft YaHei"/>
          <w:color w:val="0B2545"/>
          <w:sz w:val="20"/>
        </w:rPr>
        <w:t>保存并下载</w:t>
      </w:r>
      <w:r>
        <w:rPr>
          <w:rFonts w:ascii="Calibri" w:hAnsi="Calibri" w:cs="Calibri" w:eastAsia="Microsoft YaHei"/>
        </w:rPr>
        <w:t>，将当前任务保存到本地默认配置并下载到 MCU。</w:t>
      </w:r>
    </w:p>
    <w:p>
      <w:pPr/>
      <w:r>
        <w:rPr>
          <w:rFonts w:ascii="Calibri" w:hAnsi="Calibri" w:cs="Calibri" w:eastAsia="Microsoft YaHei"/>
        </w:rPr>
        <w:t>常用指令说明：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输出IO</w:t>
      </w:r>
      <w:r>
        <w:rPr>
          <w:rFonts w:ascii="Calibri" w:hAnsi="Calibri" w:cs="Calibri" w:eastAsia="Microsoft YaHei"/>
        </w:rPr>
        <w:t>：控制 Y 输出点通断。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延时（毫秒）</w:t>
      </w:r>
      <w:r>
        <w:rPr>
          <w:rFonts w:ascii="Calibri" w:hAnsi="Calibri" w:cs="Calibri" w:eastAsia="Microsoft YaHei"/>
        </w:rPr>
        <w:t>：等待指定毫秒数。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设置变量</w:t>
      </w:r>
      <w:r>
        <w:rPr>
          <w:rFonts w:ascii="Calibri" w:hAnsi="Calibri" w:cs="Calibri" w:eastAsia="Microsoft YaHei"/>
        </w:rPr>
        <w:t>：修改内部变量，用于计数、标志、跳转判断等。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跳转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条件跳转</w:t>
      </w:r>
      <w:r>
        <w:rPr>
          <w:rFonts w:ascii="Calibri" w:hAnsi="Calibri" w:cs="Calibri" w:eastAsia="Microsoft YaHei"/>
        </w:rPr>
        <w:t>：改变任务执行行号。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电机运行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设置电机速度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电机停止</w:t>
      </w:r>
      <w:r>
        <w:rPr>
          <w:rFonts w:ascii="Calibri" w:hAnsi="Calibri" w:cs="Calibri" w:eastAsia="Microsoft YaHei"/>
        </w:rPr>
        <w:t>：控制非插补电机或辅助电机。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运行转盘</w:t>
      </w:r>
      <w:r>
        <w:rPr>
          <w:rFonts w:ascii="Calibri" w:hAnsi="Calibri" w:cs="Calibri" w:eastAsia="Microsoft YaHei"/>
        </w:rPr>
        <w:t>：执行转盘相关动作。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移动到点位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移动到XYZR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相对移动</w:t>
      </w:r>
      <w:r>
        <w:rPr>
          <w:rFonts w:ascii="Calibri" w:hAnsi="Calibri" w:cs="Calibri" w:eastAsia="Microsoft YaHei"/>
        </w:rPr>
        <w:t>：插补模式下的运动指令。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取放料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取料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放料</w:t>
      </w:r>
      <w:r>
        <w:rPr>
          <w:rFonts w:ascii="Calibri" w:hAnsi="Calibri" w:cs="Calibri" w:eastAsia="Microsoft YaHei"/>
        </w:rPr>
        <w:t>：插补模式下的取放流程指令。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回零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单段回零</w:t>
      </w:r>
      <w:r>
        <w:rPr>
          <w:rFonts w:ascii="Calibri" w:hAnsi="Calibri" w:cs="Calibri" w:eastAsia="Microsoft YaHei"/>
        </w:rPr>
        <w:t>：轴回零相关指令。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结束</w:t>
      </w:r>
      <w:r>
        <w:rPr>
          <w:rFonts w:ascii="Calibri" w:hAnsi="Calibri" w:cs="Calibri" w:eastAsia="Microsoft YaHei"/>
        </w:rPr>
        <w:t>：结束当前任务。</w:t>
      </w:r>
    </w:p>
    <w:p>
      <w:pPr/>
      <w:r>
        <w:rPr>
          <w:rFonts w:ascii="Calibri" w:hAnsi="Calibri" w:cs="Calibri" w:eastAsia="Microsoft YaHei"/>
        </w:rPr>
        <w:t>任务读写按钮：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从MCU读取</w:t>
      </w:r>
      <w:r>
        <w:rPr>
          <w:rFonts w:ascii="Calibri" w:hAnsi="Calibri" w:cs="Calibri" w:eastAsia="Microsoft YaHei"/>
        </w:rPr>
        <w:t>：读取当前任务槽在 MCU 中的任务内容。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保存并下载</w:t>
      </w:r>
      <w:r>
        <w:rPr>
          <w:rFonts w:ascii="Calibri" w:hAnsi="Calibri" w:cs="Calibri" w:eastAsia="Microsoft YaHei"/>
        </w:rPr>
        <w:t xml:space="preserve">：保存当前任务到本地 </w:t>
      </w:r>
      <w:r>
        <w:rPr>
          <w:rFonts w:ascii="Consolas" w:hAnsi="Consolas" w:cs="Consolas" w:eastAsia="Microsoft YaHei"/>
          <w:color w:val="0B2545"/>
          <w:sz w:val="20"/>
        </w:rPr>
        <w:t>config_default.json</w:t>
      </w:r>
      <w:r>
        <w:rPr>
          <w:rFonts w:ascii="Calibri" w:hAnsi="Calibri" w:cs="Calibri" w:eastAsia="Microsoft YaHei"/>
        </w:rPr>
        <w:t>，并下载到 MCU。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从文件加载</w:t>
      </w:r>
      <w:r>
        <w:rPr>
          <w:rFonts w:ascii="Calibri" w:hAnsi="Calibri" w:cs="Calibri" w:eastAsia="Microsoft YaHei"/>
        </w:rPr>
        <w:t>：从本地默认配置加载任务。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保存到文件/本地保存</w:t>
      </w:r>
      <w:r>
        <w:rPr>
          <w:rFonts w:ascii="Calibri" w:hAnsi="Calibri" w:cs="Calibri" w:eastAsia="Microsoft YaHei"/>
        </w:rPr>
        <w:t>：将当前任务或全部任务保存为本地文件，便于备份和恢复。</w:t>
      </w:r>
    </w:p>
    <w:p>
      <w:pPr/>
      <w:r>
        <w:rPr>
          <w:rFonts w:ascii="Calibri" w:hAnsi="Calibri" w:cs="Calibri" w:eastAsia="Microsoft YaHei"/>
        </w:rPr>
        <w:t>注意：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如果运行任务时 MCU 中未就绪，软件会尝试先下载任务再重试启动。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测试</w:t>
      </w:r>
      <w:r>
        <w:rPr>
          <w:rFonts w:ascii="Calibri" w:hAnsi="Calibri" w:cs="Calibri" w:eastAsia="Microsoft YaHei"/>
        </w:rPr>
        <w:t xml:space="preserve"> 任务与 </w:t>
      </w:r>
      <w:r>
        <w:rPr>
          <w:rFonts w:ascii="Consolas" w:hAnsi="Consolas" w:cs="Consolas" w:eastAsia="Microsoft YaHei"/>
          <w:color w:val="0B2545"/>
          <w:sz w:val="20"/>
        </w:rPr>
        <w:t>0-9</w:t>
      </w:r>
      <w:r>
        <w:rPr>
          <w:rFonts w:ascii="Calibri" w:hAnsi="Calibri" w:cs="Calibri" w:eastAsia="Microsoft YaHei"/>
        </w:rPr>
        <w:t xml:space="preserve"> 系统任务互斥；系统任务运行/暂停时，不应运行测试任务。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修改任务后，应先保存并下载，再运行。</w:t>
      </w:r>
    </w:p>
    <w:p>
      <w:pPr>
        <w:pStyle w:val="Heading1"/>
      </w:pPr>
      <w:r>
        <w:rPr>
          <w:rFonts w:ascii="Calibri" w:hAnsi="Calibri" w:cs="Calibri" w:eastAsia="Microsoft YaHei"/>
        </w:rPr>
        <w:t>6. 任务点与点阵</w:t>
      </w:r>
    </w:p>
    <w:p>
      <w:pPr/>
      <w:r>
        <w:rPr>
          <w:rFonts w:ascii="Calibri" w:hAnsi="Calibri" w:cs="Calibri" w:eastAsia="Microsoft YaHei"/>
        </w:rPr>
        <w:t xml:space="preserve">任务点表用于保存 </w:t>
      </w:r>
      <w:r>
        <w:rPr>
          <w:rFonts w:ascii="Consolas" w:hAnsi="Consolas" w:cs="Consolas" w:eastAsia="Microsoft YaHei"/>
          <w:color w:val="0B2545"/>
          <w:sz w:val="20"/>
        </w:rPr>
        <w:t>X/Y/Z/R</w:t>
      </w:r>
      <w:r>
        <w:rPr>
          <w:rFonts w:ascii="Calibri" w:hAnsi="Calibri" w:cs="Calibri" w:eastAsia="Microsoft YaHei"/>
        </w:rPr>
        <w:t xml:space="preserve"> 坐标，供 </w:t>
      </w:r>
      <w:r>
        <w:rPr>
          <w:rFonts w:ascii="Consolas" w:hAnsi="Consolas" w:cs="Consolas" w:eastAsia="Microsoft YaHei"/>
          <w:color w:val="0B2545"/>
          <w:sz w:val="20"/>
        </w:rPr>
        <w:t>移动到点位</w:t>
      </w:r>
      <w:r>
        <w:rPr>
          <w:rFonts w:ascii="Calibri" w:hAnsi="Calibri" w:cs="Calibri" w:eastAsia="Microsoft YaHei"/>
        </w:rPr>
        <w:t>、取放料等指令引用。</w:t>
      </w:r>
    </w:p>
    <w:p>
      <w:pPr/>
      <w:r>
        <w:rPr>
          <w:rFonts w:ascii="Calibri" w:hAnsi="Calibri" w:cs="Calibri" w:eastAsia="Microsoft YaHei"/>
        </w:rPr>
        <w:t>常用操作：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新增</w:t>
      </w:r>
      <w:r>
        <w:rPr>
          <w:rFonts w:ascii="Calibri" w:hAnsi="Calibri" w:cs="Calibri" w:eastAsia="Microsoft YaHei"/>
        </w:rPr>
        <w:t>：在点位表末尾新增点。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插入</w:t>
      </w:r>
      <w:r>
        <w:rPr>
          <w:rFonts w:ascii="Calibri" w:hAnsi="Calibri" w:cs="Calibri" w:eastAsia="Microsoft YaHei"/>
        </w:rPr>
        <w:t>：在当前选中点上方插入点。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删除</w:t>
      </w:r>
      <w:r>
        <w:rPr>
          <w:rFonts w:ascii="Calibri" w:hAnsi="Calibri" w:cs="Calibri" w:eastAsia="Microsoft YaHei"/>
        </w:rPr>
        <w:t>：删除选中点。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全选</w:t>
      </w:r>
      <w:r>
        <w:rPr>
          <w:rFonts w:ascii="Calibri" w:hAnsi="Calibri" w:cs="Calibri" w:eastAsia="Microsoft YaHei"/>
        </w:rPr>
        <w:t>：选择或取消选择全部点。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从MCU读取</w:t>
      </w:r>
      <w:r>
        <w:rPr>
          <w:rFonts w:ascii="Calibri" w:hAnsi="Calibri" w:cs="Calibri" w:eastAsia="Microsoft YaHei"/>
        </w:rPr>
        <w:t>：读取 MCU 中保存的点阵。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保存并下载</w:t>
      </w:r>
      <w:r>
        <w:rPr>
          <w:rFonts w:ascii="Calibri" w:hAnsi="Calibri" w:cs="Calibri" w:eastAsia="Microsoft YaHei"/>
        </w:rPr>
        <w:t>：保存点阵到本地默认配置，并下载到 MCU。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从文件加载</w:t>
      </w:r>
      <w:r>
        <w:rPr>
          <w:rFonts w:ascii="Calibri" w:hAnsi="Calibri" w:cs="Calibri" w:eastAsia="Microsoft YaHei"/>
        </w:rPr>
        <w:t>：从本地默认配置加载点阵。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设为当前点</w:t>
      </w:r>
      <w:r>
        <w:rPr>
          <w:rFonts w:ascii="Calibri" w:hAnsi="Calibri" w:cs="Calibri" w:eastAsia="Microsoft YaHei"/>
        </w:rPr>
        <w:t>：将机器当前位置写入选中任务点。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移动到选中点</w:t>
      </w:r>
      <w:r>
        <w:rPr>
          <w:rFonts w:ascii="Calibri" w:hAnsi="Calibri" w:cs="Calibri" w:eastAsia="Microsoft YaHei"/>
        </w:rPr>
        <w:t>：让机器移动到当前选中的任务点。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生成点阵</w:t>
      </w:r>
      <w:r>
        <w:rPr>
          <w:rFonts w:ascii="Calibri" w:hAnsi="Calibri" w:cs="Calibri" w:eastAsia="Microsoft YaHei"/>
        </w:rPr>
        <w:t>：按起点、终点和数量生成等分点阵。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偏移</w:t>
      </w:r>
      <w:r>
        <w:rPr>
          <w:rFonts w:ascii="Calibri" w:hAnsi="Calibri" w:cs="Calibri" w:eastAsia="Microsoft YaHei"/>
        </w:rPr>
        <w:t xml:space="preserve"> 的 </w:t>
      </w:r>
      <w:r>
        <w:rPr>
          <w:rFonts w:ascii="Consolas" w:hAnsi="Consolas" w:cs="Consolas" w:eastAsia="Microsoft YaHei"/>
          <w:color w:val="0B2545"/>
          <w:sz w:val="20"/>
        </w:rPr>
        <w:t>应用+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应用-</w:t>
      </w:r>
      <w:r>
        <w:rPr>
          <w:rFonts w:ascii="Calibri" w:hAnsi="Calibri" w:cs="Calibri" w:eastAsia="Microsoft YaHei"/>
        </w:rPr>
        <w:t>：对选中点批量加/减 X/Y/Z/R 偏移。</w:t>
      </w:r>
    </w:p>
    <w:p>
      <w:pPr/>
      <w:r>
        <w:rPr>
          <w:rFonts w:ascii="Calibri" w:hAnsi="Calibri" w:cs="Calibri" w:eastAsia="Microsoft YaHei"/>
        </w:rPr>
        <w:t>建议：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点位调试时先使用小速度、短距离确认方向和行程。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使用 </w:t>
      </w:r>
      <w:r>
        <w:rPr>
          <w:rFonts w:ascii="Consolas" w:hAnsi="Consolas" w:cs="Consolas" w:eastAsia="Microsoft YaHei"/>
          <w:color w:val="0B2545"/>
          <w:sz w:val="20"/>
        </w:rPr>
        <w:t>移动到选中点</w:t>
      </w:r>
      <w:r>
        <w:rPr>
          <w:rFonts w:ascii="Calibri" w:hAnsi="Calibri" w:cs="Calibri" w:eastAsia="Microsoft YaHei"/>
        </w:rPr>
        <w:t xml:space="preserve"> 前，应确认点位数值在系统行程范围内。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批量偏移前先备份点位，防止整组点位被误改。</w:t>
      </w:r>
    </w:p>
    <w:p>
      <w:pPr>
        <w:pStyle w:val="Heading1"/>
      </w:pPr>
      <w:r>
        <w:rPr>
          <w:rFonts w:ascii="Calibri" w:hAnsi="Calibri" w:cs="Calibri" w:eastAsia="Microsoft YaHei"/>
        </w:rPr>
        <w:t>7. 单任务运行与调试</w:t>
      </w:r>
    </w:p>
    <w:p>
      <w:pPr/>
      <w:r>
        <w:rPr>
          <w:rFonts w:ascii="Calibri" w:hAnsi="Calibri" w:cs="Calibri" w:eastAsia="Microsoft YaHei"/>
        </w:rPr>
        <w:t>在任务页右侧当前任务区域，可以对当前任务槽做局部运行控制：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运行/继续</w:t>
      </w:r>
      <w:r>
        <w:rPr>
          <w:rFonts w:ascii="Calibri" w:hAnsi="Calibri" w:cs="Calibri" w:eastAsia="Microsoft YaHei"/>
        </w:rPr>
        <w:t>：运行当前任务；如果当前任务暂停，则继续运行。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立即暂停</w:t>
      </w:r>
      <w:r>
        <w:rPr>
          <w:rFonts w:ascii="Calibri" w:hAnsi="Calibri" w:cs="Calibri" w:eastAsia="Microsoft YaHei"/>
        </w:rPr>
        <w:t>：立即暂停当前任务并释放资源。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缓冲暂停</w:t>
      </w:r>
      <w:r>
        <w:rPr>
          <w:rFonts w:ascii="Calibri" w:hAnsi="Calibri" w:cs="Calibri" w:eastAsia="Microsoft YaHei"/>
        </w:rPr>
        <w:t>：当前指令完成后暂停并保持资源。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立即停机</w:t>
      </w:r>
      <w:r>
        <w:rPr>
          <w:rFonts w:ascii="Calibri" w:hAnsi="Calibri" w:cs="Calibri" w:eastAsia="Microsoft YaHei"/>
        </w:rPr>
        <w:t>：立即停止当前任务。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缓冲停机</w:t>
      </w:r>
      <w:r>
        <w:rPr>
          <w:rFonts w:ascii="Calibri" w:hAnsi="Calibri" w:cs="Calibri" w:eastAsia="Microsoft YaHei"/>
        </w:rPr>
        <w:t>：当前指令完成后停止当前任务。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单步运行</w:t>
      </w:r>
      <w:r>
        <w:rPr>
          <w:rFonts w:ascii="Calibri" w:hAnsi="Calibri" w:cs="Calibri" w:eastAsia="Microsoft YaHei"/>
        </w:rPr>
        <w:t>：执行当前选中的任务指令，常用于调试。</w:t>
      </w:r>
    </w:p>
    <w:p>
      <w:pPr/>
      <w:r>
        <w:rPr>
          <w:rFonts w:ascii="Calibri" w:hAnsi="Calibri" w:cs="Calibri" w:eastAsia="Microsoft YaHei"/>
        </w:rPr>
        <w:t>调试建议：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新任务优先在 </w:t>
      </w:r>
      <w:r>
        <w:rPr>
          <w:rFonts w:ascii="Consolas" w:hAnsi="Consolas" w:cs="Consolas" w:eastAsia="Microsoft YaHei"/>
          <w:color w:val="0B2545"/>
          <w:sz w:val="20"/>
        </w:rPr>
        <w:t>测试</w:t>
      </w:r>
      <w:r>
        <w:rPr>
          <w:rFonts w:ascii="Calibri" w:hAnsi="Calibri" w:cs="Calibri" w:eastAsia="Microsoft YaHei"/>
        </w:rPr>
        <w:t xml:space="preserve"> 槽或低风险工况下验证。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单步运行前先选中要执行的指令行。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涉及 IO、真空、电机和轴运动的指令，应先确认外围机构状态。</w:t>
      </w:r>
    </w:p>
    <w:p>
      <w:pPr>
        <w:pStyle w:val="Heading1"/>
      </w:pPr>
      <w:r>
        <w:rPr>
          <w:rFonts w:ascii="Calibri" w:hAnsi="Calibri" w:cs="Calibri" w:eastAsia="Microsoft YaHei"/>
        </w:rPr>
        <w:t>8. 系统参数：通用参数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system_comm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图3 系统参数-通用参数</w:t>
      </w:r>
    </w:p>
    <w:p>
      <w:pPr>
        <w:pStyle w:val="ManualCaption"/>
      </w:pPr>
      <w:r>
        <w:rPr>
          <w:rFonts w:ascii="Calibri" w:hAnsi="Calibri" w:cs="Calibri" w:eastAsia="Microsoft YaHei"/>
        </w:rPr>
        <w:t>图 3 说明：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系统模式：在 </w:t>
      </w:r>
      <w:r>
        <w:rPr>
          <w:rFonts w:ascii="Consolas" w:hAnsi="Consolas" w:cs="Consolas" w:eastAsia="Microsoft YaHei"/>
          <w:color w:val="0B2545"/>
          <w:sz w:val="20"/>
        </w:rPr>
        <w:t>非插补模式</w:t>
      </w:r>
      <w:r>
        <w:rPr>
          <w:rFonts w:ascii="Calibri" w:hAnsi="Calibri" w:cs="Calibri" w:eastAsia="Microsoft YaHei"/>
        </w:rPr>
        <w:t xml:space="preserve"> 和 </w:t>
      </w:r>
      <w:r>
        <w:rPr>
          <w:rFonts w:ascii="Consolas" w:hAnsi="Consolas" w:cs="Consolas" w:eastAsia="Microsoft YaHei"/>
          <w:color w:val="0B2545"/>
          <w:sz w:val="20"/>
        </w:rPr>
        <w:t>插补模式</w:t>
      </w:r>
      <w:r>
        <w:rPr>
          <w:rFonts w:ascii="Calibri" w:hAnsi="Calibri" w:cs="Calibri" w:eastAsia="Microsoft YaHei"/>
        </w:rPr>
        <w:t xml:space="preserve"> 之间切换。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通信端口：设置协议端口、调试端口和界面语言。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 xml:space="preserve">系统按钮设置：把物理 X 输入映射为运行、停止、暂停、复位等功能，并选择 </w:t>
      </w:r>
      <w:r>
        <w:rPr>
          <w:rFonts w:ascii="Consolas" w:hAnsi="Consolas" w:cs="Consolas" w:eastAsia="Microsoft YaHei"/>
          <w:color w:val="0B2545"/>
          <w:sz w:val="20"/>
        </w:rPr>
        <w:t>点动按钮</w:t>
      </w:r>
      <w:r>
        <w:rPr>
          <w:rFonts w:ascii="Calibri" w:hAnsi="Calibri" w:cs="Calibri" w:eastAsia="Microsoft YaHei"/>
        </w:rPr>
        <w:t xml:space="preserve"> 或 </w:t>
      </w:r>
      <w:r>
        <w:rPr>
          <w:rFonts w:ascii="Consolas" w:hAnsi="Consolas" w:cs="Consolas" w:eastAsia="Microsoft YaHei"/>
          <w:color w:val="0B2545"/>
          <w:sz w:val="20"/>
        </w:rPr>
        <w:t>保持按钮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参数读写：从 MCU 读取、从文件加载、保存到文件、保存并下载。</w:t>
      </w:r>
    </w:p>
    <w:p>
      <w:pPr/>
      <w:r>
        <w:rPr>
          <w:rFonts w:ascii="Calibri" w:hAnsi="Calibri" w:cs="Calibri" w:eastAsia="Microsoft YaHei"/>
        </w:rPr>
        <w:t>系统模式：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非插补模式</w:t>
      </w:r>
      <w:r>
        <w:rPr>
          <w:rFonts w:ascii="Calibri" w:hAnsi="Calibri" w:cs="Calibri" w:eastAsia="Microsoft YaHei"/>
        </w:rPr>
        <w:t>：主要使用各电机默认速度和单轴/辅助动作。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插补模式</w:t>
      </w:r>
      <w:r>
        <w:rPr>
          <w:rFonts w:ascii="Calibri" w:hAnsi="Calibri" w:cs="Calibri" w:eastAsia="Microsoft YaHei"/>
        </w:rPr>
        <w:t>：启用 XYZR 插补、任务点、取放料、多轴复位等功能。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点击 </w:t>
      </w:r>
      <w:r>
        <w:rPr>
          <w:rFonts w:ascii="Consolas" w:hAnsi="Consolas" w:cs="Consolas" w:eastAsia="Microsoft YaHei"/>
          <w:color w:val="0B2545"/>
          <w:sz w:val="20"/>
        </w:rPr>
        <w:t>切换模式</w:t>
      </w:r>
      <w:r>
        <w:rPr>
          <w:rFonts w:ascii="Calibri" w:hAnsi="Calibri" w:cs="Calibri" w:eastAsia="Microsoft YaHei"/>
        </w:rPr>
        <w:t xml:space="preserve"> 时，软件会提示需要系统重启；确认后会保存 </w:t>
      </w:r>
      <w:r>
        <w:rPr>
          <w:rFonts w:ascii="Consolas" w:hAnsi="Consolas" w:cs="Consolas" w:eastAsia="Microsoft YaHei"/>
          <w:color w:val="0B2545"/>
          <w:sz w:val="20"/>
        </w:rPr>
        <w:t>config_default.json</w:t>
      </w:r>
      <w:r>
        <w:rPr>
          <w:rFonts w:ascii="Calibri" w:hAnsi="Calibri" w:cs="Calibri" w:eastAsia="Microsoft YaHei"/>
        </w:rPr>
        <w:t>、写入 MCU 模式参数，并执行系统复位等待重连。</w:t>
      </w:r>
    </w:p>
    <w:p>
      <w:pPr/>
      <w:r>
        <w:rPr>
          <w:rFonts w:ascii="Calibri" w:hAnsi="Calibri" w:cs="Calibri" w:eastAsia="Microsoft YaHei"/>
        </w:rPr>
        <w:t>物理按钮设置：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每一行左侧为功能名，中间选择对应 X 输入，右侧选择按钮类型。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未使用</w:t>
      </w:r>
      <w:r>
        <w:rPr>
          <w:rFonts w:ascii="Calibri" w:hAnsi="Calibri" w:cs="Calibri" w:eastAsia="Microsoft YaHei"/>
        </w:rPr>
        <w:t xml:space="preserve"> 表示该功能不绑定物理输入。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立即停止、系统复位等安全相关功能建议使用明确、可靠、不会误触发的实体按钮。</w:t>
      </w:r>
    </w:p>
    <w:p>
      <w:pPr>
        <w:pStyle w:val="Heading1"/>
      </w:pPr>
      <w:r>
        <w:rPr>
          <w:rFonts w:ascii="Calibri" w:hAnsi="Calibri" w:cs="Calibri" w:eastAsia="Microsoft YaHei"/>
        </w:rPr>
        <w:t>9. 系统参数：插补参数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system_interpolatio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图4 系统参数-插补参数</w:t>
      </w:r>
    </w:p>
    <w:p>
      <w:pPr>
        <w:pStyle w:val="ManualCaption"/>
      </w:pPr>
      <w:r>
        <w:rPr>
          <w:rFonts w:ascii="Calibri" w:hAnsi="Calibri" w:cs="Calibri" w:eastAsia="Microsoft YaHei"/>
        </w:rPr>
        <w:t>图 4 说明：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插补速度/加速度参数：设置起步速度、直线/圆弧最大速度、加速度、脉冲当量、R 轴角度当量。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多轴回零与行程参数：设置 Home 搜索/退开/贴近速度、Reset 速度、Home 后初始位置、运行结束位置、轴最大脉冲。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插补模式下的辅助电机参数：通常显示 M4-M7 的默认速度、分频/实际速度等。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参数读写：从 MCU 读取、从文件加载、保存到文件、保存并下载。</w:t>
      </w:r>
    </w:p>
    <w:p>
      <w:pPr/>
      <w:r>
        <w:rPr>
          <w:rFonts w:ascii="Calibri" w:hAnsi="Calibri" w:cs="Calibri" w:eastAsia="Microsoft YaHei"/>
        </w:rPr>
        <w:t>参数说明：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起步速度(Hz)</w:t>
      </w:r>
      <w:r>
        <w:rPr>
          <w:rFonts w:ascii="Calibri" w:hAnsi="Calibri" w:cs="Calibri" w:eastAsia="Microsoft YaHei"/>
        </w:rPr>
        <w:t>：插补运动起始频率。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直线插补主轴最大速度(Hz)</w:t>
      </w:r>
      <w:r>
        <w:rPr>
          <w:rFonts w:ascii="Calibri" w:hAnsi="Calibri" w:cs="Calibri" w:eastAsia="Microsoft YaHei"/>
        </w:rPr>
        <w:t>：直线插补主轴最高速度。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直线插补主轴加速度(pulse/s2)</w:t>
      </w:r>
      <w:r>
        <w:rPr>
          <w:rFonts w:ascii="Calibri" w:hAnsi="Calibri" w:cs="Calibri" w:eastAsia="Microsoft YaHei"/>
        </w:rPr>
        <w:t>：直线插补加速度。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圆弧插补主轴最大速度(Hz)</w:t>
      </w:r>
      <w:r>
        <w:rPr>
          <w:rFonts w:ascii="Calibri" w:hAnsi="Calibri" w:cs="Calibri" w:eastAsia="Microsoft YaHei"/>
        </w:rPr>
        <w:t>、</w:t>
      </w:r>
      <w:r>
        <w:rPr>
          <w:rFonts w:ascii="Consolas" w:hAnsi="Consolas" w:cs="Consolas" w:eastAsia="Microsoft YaHei"/>
          <w:color w:val="0B2545"/>
          <w:sz w:val="20"/>
        </w:rPr>
        <w:t>圆弧插补主轴加速度(pulse/s2)</w:t>
      </w:r>
      <w:r>
        <w:rPr>
          <w:rFonts w:ascii="Calibri" w:hAnsi="Calibri" w:cs="Calibri" w:eastAsia="Microsoft YaHei"/>
        </w:rPr>
        <w:t>：圆弧插补速度与加速度。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脉冲长度(纳米)当量</w:t>
      </w:r>
      <w:r>
        <w:rPr>
          <w:rFonts w:ascii="Calibri" w:hAnsi="Calibri" w:cs="Calibri" w:eastAsia="Microsoft YaHei"/>
        </w:rPr>
        <w:t>：每个脉冲对应的线性位移，用于坐标换算。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R轴脉冲角度当量(n脉冲/度)</w:t>
      </w:r>
      <w:r>
        <w:rPr>
          <w:rFonts w:ascii="Calibri" w:hAnsi="Calibri" w:cs="Calibri" w:eastAsia="Microsoft YaHei"/>
        </w:rPr>
        <w:t>：R 轴角度换算系数。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Home后初始位置 X/Y/Z/R</w:t>
      </w:r>
      <w:r>
        <w:rPr>
          <w:rFonts w:ascii="Calibri" w:hAnsi="Calibri" w:cs="Calibri" w:eastAsia="Microsoft YaHei"/>
        </w:rPr>
        <w:t>：回零完成后移动到的初始位置。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轴最大脉冲 X/Y/Z/R</w:t>
      </w:r>
      <w:r>
        <w:rPr>
          <w:rFonts w:ascii="Calibri" w:hAnsi="Calibri" w:cs="Calibri" w:eastAsia="Microsoft YaHei"/>
        </w:rPr>
        <w:t>：各轴允许最大行程，用于防止越界。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系统复位后多轴自动复位</w:t>
      </w:r>
      <w:r>
        <w:rPr>
          <w:rFonts w:ascii="Calibri" w:hAnsi="Calibri" w:cs="Calibri" w:eastAsia="Microsoft YaHei"/>
        </w:rPr>
        <w:t>：勾选后，系统复位后会自动执行多轴复位流程。</w:t>
      </w:r>
    </w:p>
    <w:p>
      <w:pPr/>
      <w:r>
        <w:rPr>
          <w:rFonts w:ascii="Calibri" w:hAnsi="Calibri" w:cs="Calibri" w:eastAsia="Microsoft YaHei"/>
        </w:rPr>
        <w:t>保存建议：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修改行程、脉冲当量、R 轴当量前先记录原值。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修改后先 </w:t>
      </w:r>
      <w:r>
        <w:rPr>
          <w:rFonts w:ascii="Consolas" w:hAnsi="Consolas" w:cs="Consolas" w:eastAsia="Microsoft YaHei"/>
          <w:color w:val="0B2545"/>
          <w:sz w:val="20"/>
        </w:rPr>
        <w:t>保存到文件</w:t>
      </w:r>
      <w:r>
        <w:rPr>
          <w:rFonts w:ascii="Calibri" w:hAnsi="Calibri" w:cs="Calibri" w:eastAsia="Microsoft YaHei"/>
        </w:rPr>
        <w:t xml:space="preserve"> 备份，再 </w:t>
      </w:r>
      <w:r>
        <w:rPr>
          <w:rFonts w:ascii="Consolas" w:hAnsi="Consolas" w:cs="Consolas" w:eastAsia="Microsoft YaHei"/>
          <w:color w:val="0B2545"/>
          <w:sz w:val="20"/>
        </w:rPr>
        <w:t>保存并下载</w:t>
      </w:r>
      <w:r>
        <w:rPr>
          <w:rFonts w:ascii="Calibri" w:hAnsi="Calibri" w:cs="Calibri" w:eastAsia="Microsoft YaHei"/>
        </w:rPr>
        <w:t xml:space="preserve"> 到 MCU。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参数下载后，建议执行一次低速空运行或单步测试。</w:t>
      </w:r>
    </w:p>
    <w:p>
      <w:pPr>
        <w:pStyle w:val="Heading1"/>
      </w:pPr>
      <w:r>
        <w:rPr>
          <w:rFonts w:ascii="Calibri" w:hAnsi="Calibri" w:cs="Calibri" w:eastAsia="Microsoft YaHei"/>
        </w:rPr>
        <w:t>10. 系统参数：非插补参数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system_gener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图5 系统参数-非插补参数</w:t>
      </w:r>
    </w:p>
    <w:p>
      <w:pPr>
        <w:pStyle w:val="ManualCaption"/>
      </w:pPr>
      <w:r>
        <w:rPr>
          <w:rFonts w:ascii="Calibri" w:hAnsi="Calibri" w:cs="Calibri" w:eastAsia="Microsoft YaHei"/>
        </w:rPr>
        <w:t>图 5 说明：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电机参数表：显示 M0-M7 默认速度、基频/分频/实际速度等。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参数读写：从 MCU 读取、从文件加载、保存到文件、保存并下载。</w:t>
      </w:r>
    </w:p>
    <w:p>
      <w:pPr/>
      <w:r>
        <w:rPr>
          <w:rFonts w:ascii="Calibri" w:hAnsi="Calibri" w:cs="Calibri" w:eastAsia="Microsoft YaHei"/>
        </w:rPr>
        <w:t>使用方法：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修改某个电机的 </w:t>
      </w:r>
      <w:r>
        <w:rPr>
          <w:rFonts w:ascii="Consolas" w:hAnsi="Consolas" w:cs="Consolas" w:eastAsia="Microsoft YaHei"/>
          <w:color w:val="0B2545"/>
          <w:sz w:val="20"/>
        </w:rPr>
        <w:t>默认速度(Hz)</w:t>
      </w:r>
      <w:r>
        <w:rPr>
          <w:rFonts w:ascii="Calibri" w:hAnsi="Calibri" w:cs="Calibri" w:eastAsia="Microsoft YaHei"/>
        </w:rPr>
        <w:t xml:space="preserve"> 后，实际输出频率会按基频和分频关系计算。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单独测试电机前，确认该电机在当前模式下允许手动操作。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插补模式下，参与插补的 M0-M3 通常由插补控制，不建议在监控页单独点动测试。</w:t>
      </w:r>
    </w:p>
    <w:p>
      <w:pPr>
        <w:pStyle w:val="Heading1"/>
      </w:pPr>
      <w:r>
        <w:rPr>
          <w:rFonts w:ascii="Calibri" w:hAnsi="Calibri" w:cs="Calibri" w:eastAsia="Microsoft YaHei"/>
        </w:rPr>
        <w:t>11. 系统监控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310473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monitor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4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ManualCaption"/>
        <w:jc w:val="center"/>
      </w:pPr>
      <w:r>
        <w:rPr>
          <w:rFonts w:ascii="Calibri" w:hAnsi="Calibri" w:cs="Calibri" w:eastAsia="Microsoft YaHei"/>
        </w:rPr>
        <w:t>图6 系统监控</w:t>
      </w:r>
    </w:p>
    <w:p>
      <w:pPr>
        <w:pStyle w:val="ManualCaption"/>
      </w:pPr>
      <w:r>
        <w:rPr>
          <w:rFonts w:ascii="Calibri" w:hAnsi="Calibri" w:cs="Calibri" w:eastAsia="Microsoft YaHei"/>
        </w:rPr>
        <w:t>图 6 说明：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全局变量与输入 IO：可读取/写入 V0-V19，全局查看 X 输入状态。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输出 IO 与电机状态：查看 Y 输出、M 电机状态，也可在允许条件下手动切换输出或启停电机测试。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统计按钮：读取 MCU 统计、清除统计。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运行统计：查看任务空间占用、中断占用、任务 Stack 水位等。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>状态栏：连接、心跳和操作结果。</w:t>
      </w:r>
    </w:p>
    <w:p>
      <w:pPr/>
      <w:r>
        <w:rPr>
          <w:rFonts w:ascii="Calibri" w:hAnsi="Calibri" w:cs="Calibri" w:eastAsia="Microsoft YaHei"/>
        </w:rPr>
        <w:t>全局变量：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读取</w:t>
      </w:r>
      <w:r>
        <w:rPr>
          <w:rFonts w:ascii="Calibri" w:hAnsi="Calibri" w:cs="Calibri" w:eastAsia="Microsoft YaHei"/>
        </w:rPr>
        <w:t>：从 MCU 读取 V0-V19。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写入选中</w:t>
      </w:r>
      <w:r>
        <w:rPr>
          <w:rFonts w:ascii="Calibri" w:hAnsi="Calibri" w:cs="Calibri" w:eastAsia="Microsoft YaHei"/>
        </w:rPr>
        <w:t>：把当前选中的变量值写入 MCU。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全部清零</w:t>
      </w:r>
      <w:r>
        <w:rPr>
          <w:rFonts w:ascii="Calibri" w:hAnsi="Calibri" w:cs="Calibri" w:eastAsia="Microsoft YaHei"/>
        </w:rPr>
        <w:t>：将 20 个全局变量清零。</w:t>
      </w:r>
    </w:p>
    <w:p>
      <w:pPr/>
      <w:r>
        <w:rPr>
          <w:rFonts w:ascii="Calibri" w:hAnsi="Calibri" w:cs="Calibri" w:eastAsia="Microsoft YaHei"/>
        </w:rPr>
        <w:t>IO 与电机：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X</w:t>
      </w:r>
      <w:r>
        <w:rPr>
          <w:rFonts w:ascii="Calibri" w:hAnsi="Calibri" w:cs="Calibri" w:eastAsia="Microsoft YaHei"/>
        </w:rPr>
        <w:t xml:space="preserve"> 输入为状态显示，来自心跳数据。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Y</w:t>
      </w:r>
      <w:r>
        <w:rPr>
          <w:rFonts w:ascii="Calibri" w:hAnsi="Calibri" w:cs="Calibri" w:eastAsia="Microsoft YaHei"/>
        </w:rPr>
        <w:t xml:space="preserve"> 输出按钮可发送 IO 切换命令；插补模式下部分 Y 输出为方向控制，只显示不允许手动切换。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M</w:t>
      </w:r>
      <w:r>
        <w:rPr>
          <w:rFonts w:ascii="Calibri" w:hAnsi="Calibri" w:cs="Calibri" w:eastAsia="Microsoft YaHei"/>
        </w:rPr>
        <w:t xml:space="preserve"> 电机按钮可启动/停止默认速度测试；插补模式下 M0-M3 通常只显示，不允许单独操作。</w:t>
      </w:r>
    </w:p>
    <w:p>
      <w:pPr/>
      <w:r>
        <w:rPr>
          <w:rFonts w:ascii="Calibri" w:hAnsi="Calibri" w:cs="Calibri" w:eastAsia="Microsoft YaHei"/>
        </w:rPr>
        <w:t>统计信息：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读取MCU统计</w:t>
      </w:r>
      <w:r>
        <w:rPr>
          <w:rFonts w:ascii="Calibri" w:hAnsi="Calibri" w:cs="Calibri" w:eastAsia="Microsoft YaHei"/>
        </w:rPr>
        <w:t>：刷新任务空间占用、中断耗时、Stack 水位和全局变量。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清除统计</w:t>
      </w:r>
      <w:r>
        <w:rPr>
          <w:rFonts w:ascii="Calibri" w:hAnsi="Calibri" w:cs="Calibri" w:eastAsia="Microsoft YaHei"/>
        </w:rPr>
        <w:t>：清除 MCU 端相关统计数据。</w:t>
      </w:r>
    </w:p>
    <w:p>
      <w:pPr>
        <w:pStyle w:val="Heading1"/>
      </w:pPr>
      <w:r>
        <w:rPr>
          <w:rFonts w:ascii="Calibri" w:hAnsi="Calibri" w:cs="Calibri" w:eastAsia="Microsoft YaHei"/>
        </w:rPr>
        <w:t>12. 常见操作流程</w:t>
      </w:r>
    </w:p>
    <w:p>
      <w:pPr>
        <w:pStyle w:val="Heading2"/>
      </w:pPr>
      <w:r>
        <w:rPr>
          <w:rFonts w:ascii="Calibri" w:hAnsi="Calibri" w:cs="Calibri" w:eastAsia="Microsoft YaHei"/>
        </w:rPr>
        <w:t>12.1 下载并运行一个任务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>选择任务槽。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编辑指令和参数。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如任务需要点位，先编辑任务点并保存下载。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点击当前任务区域 </w:t>
      </w:r>
      <w:r>
        <w:rPr>
          <w:rFonts w:ascii="Consolas" w:hAnsi="Consolas" w:cs="Consolas" w:eastAsia="Microsoft YaHei"/>
          <w:color w:val="0B2545"/>
          <w:sz w:val="20"/>
        </w:rPr>
        <w:t>保存并下载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 xml:space="preserve">点击 </w:t>
      </w:r>
      <w:r>
        <w:rPr>
          <w:rFonts w:ascii="Consolas" w:hAnsi="Consolas" w:cs="Consolas" w:eastAsia="Microsoft YaHei"/>
          <w:color w:val="0B2545"/>
          <w:sz w:val="20"/>
        </w:rPr>
        <w:t>运行/继续</w:t>
      </w:r>
      <w:r>
        <w:rPr>
          <w:rFonts w:ascii="Calibri" w:hAnsi="Calibri" w:cs="Calibri" w:eastAsia="Microsoft YaHei"/>
        </w:rPr>
        <w:t xml:space="preserve"> 运行当前任务，或打开操作面板点击 </w:t>
      </w:r>
      <w:r>
        <w:rPr>
          <w:rFonts w:ascii="Consolas" w:hAnsi="Consolas" w:cs="Consolas" w:eastAsia="Microsoft YaHei"/>
          <w:color w:val="0B2545"/>
          <w:sz w:val="20"/>
        </w:rPr>
        <w:t>运行</w:t>
      </w:r>
      <w:r>
        <w:rPr>
          <w:rFonts w:ascii="Calibri" w:hAnsi="Calibri" w:cs="Calibri" w:eastAsia="Microsoft YaHei"/>
        </w:rPr>
        <w:t xml:space="preserve"> 运行全部可运行任务。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6.</w:t>
        <w:tab/>
      </w:r>
      <w:r>
        <w:rPr>
          <w:rFonts w:ascii="Calibri" w:hAnsi="Calibri" w:cs="Calibri" w:eastAsia="Microsoft YaHei"/>
        </w:rPr>
        <w:t>观察状态栏、任务状态、IO 状态和设备实际动作。</w:t>
      </w:r>
    </w:p>
    <w:p>
      <w:pPr>
        <w:pStyle w:val="Heading2"/>
      </w:pPr>
      <w:r>
        <w:rPr>
          <w:rFonts w:ascii="Calibri" w:hAnsi="Calibri" w:cs="Calibri" w:eastAsia="Microsoft YaHei"/>
        </w:rPr>
        <w:t>12.2 修改系统参数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进入 </w:t>
      </w:r>
      <w:r>
        <w:rPr>
          <w:rFonts w:ascii="Consolas" w:hAnsi="Consolas" w:cs="Consolas" w:eastAsia="Microsoft YaHei"/>
          <w:color w:val="0B2545"/>
          <w:sz w:val="20"/>
        </w:rPr>
        <w:t>系统参数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 xml:space="preserve">点击 </w:t>
      </w:r>
      <w:r>
        <w:rPr>
          <w:rFonts w:ascii="Consolas" w:hAnsi="Consolas" w:cs="Consolas" w:eastAsia="Microsoft YaHei"/>
          <w:color w:val="0B2545"/>
          <w:sz w:val="20"/>
        </w:rPr>
        <w:t>从MCU读取</w:t>
      </w:r>
      <w:r>
        <w:rPr>
          <w:rFonts w:ascii="Calibri" w:hAnsi="Calibri" w:cs="Calibri" w:eastAsia="Microsoft YaHei"/>
        </w:rPr>
        <w:t>，先读取当前 MCU 参数。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修改需要的参数。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点击 </w:t>
      </w:r>
      <w:r>
        <w:rPr>
          <w:rFonts w:ascii="Consolas" w:hAnsi="Consolas" w:cs="Consolas" w:eastAsia="Microsoft YaHei"/>
          <w:color w:val="0B2545"/>
          <w:sz w:val="20"/>
        </w:rPr>
        <w:t>保存到文件</w:t>
      </w:r>
      <w:r>
        <w:rPr>
          <w:rFonts w:ascii="Calibri" w:hAnsi="Calibri" w:cs="Calibri" w:eastAsia="Microsoft YaHei"/>
        </w:rPr>
        <w:t xml:space="preserve"> 备份。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 xml:space="preserve">点击 </w:t>
      </w:r>
      <w:r>
        <w:rPr>
          <w:rFonts w:ascii="Consolas" w:hAnsi="Consolas" w:cs="Consolas" w:eastAsia="Microsoft YaHei"/>
          <w:color w:val="0B2545"/>
          <w:sz w:val="20"/>
        </w:rPr>
        <w:t>保存并下载</w:t>
      </w:r>
      <w:r>
        <w:rPr>
          <w:rFonts w:ascii="Calibri" w:hAnsi="Calibri" w:cs="Calibri" w:eastAsia="Microsoft YaHei"/>
        </w:rPr>
        <w:t xml:space="preserve"> 写入 MCU。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6.</w:t>
        <w:tab/>
      </w:r>
      <w:r>
        <w:rPr>
          <w:rFonts w:ascii="Calibri" w:hAnsi="Calibri" w:cs="Calibri" w:eastAsia="Microsoft YaHei"/>
        </w:rPr>
        <w:t>对影响运动的参数，执行低速空运行确认。</w:t>
      </w:r>
    </w:p>
    <w:p>
      <w:pPr>
        <w:pStyle w:val="Heading2"/>
      </w:pPr>
      <w:r>
        <w:rPr>
          <w:rFonts w:ascii="Calibri" w:hAnsi="Calibri" w:cs="Calibri" w:eastAsia="Microsoft YaHei"/>
        </w:rPr>
        <w:t>12.3 切换非插补/插补模式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进入 </w:t>
      </w:r>
      <w:r>
        <w:rPr>
          <w:rFonts w:ascii="Consolas" w:hAnsi="Consolas" w:cs="Consolas" w:eastAsia="Microsoft YaHei"/>
          <w:color w:val="0B2545"/>
          <w:sz w:val="20"/>
        </w:rPr>
        <w:t>系统参数</w:t>
      </w:r>
      <w:r>
        <w:rPr>
          <w:rFonts w:ascii="Calibri" w:hAnsi="Calibri" w:cs="Calibri" w:eastAsia="Microsoft YaHei"/>
        </w:rPr>
        <w:t xml:space="preserve"> 的 </w:t>
      </w:r>
      <w:r>
        <w:rPr>
          <w:rFonts w:ascii="Consolas" w:hAnsi="Consolas" w:cs="Consolas" w:eastAsia="Microsoft YaHei"/>
          <w:color w:val="0B2545"/>
          <w:sz w:val="20"/>
        </w:rPr>
        <w:t>通用参数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>确认当前设备已连接。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 xml:space="preserve">点击 </w:t>
      </w:r>
      <w:r>
        <w:rPr>
          <w:rFonts w:ascii="Consolas" w:hAnsi="Consolas" w:cs="Consolas" w:eastAsia="Microsoft YaHei"/>
          <w:color w:val="0B2545"/>
          <w:sz w:val="20"/>
        </w:rPr>
        <w:t>切换模式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>在确认框中核对当前模式和目标模式。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>确认后软件会写入 MCU、执行系统复位，并等待自动重连。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6.</w:t>
        <w:tab/>
      </w:r>
      <w:r>
        <w:rPr>
          <w:rFonts w:ascii="Calibri" w:hAnsi="Calibri" w:cs="Calibri" w:eastAsia="Microsoft YaHei"/>
        </w:rPr>
        <w:t>重连后再次从 MCU 读取参数，确认模式切换成功。</w:t>
      </w:r>
    </w:p>
    <w:p>
      <w:pPr>
        <w:pStyle w:val="Heading2"/>
      </w:pPr>
      <w:r>
        <w:rPr>
          <w:rFonts w:ascii="Calibri" w:hAnsi="Calibri" w:cs="Calibri" w:eastAsia="Microsoft YaHei"/>
        </w:rPr>
        <w:t>12.4 处理异常停止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1.</w:t>
        <w:tab/>
      </w:r>
      <w:r>
        <w:rPr>
          <w:rFonts w:ascii="Calibri" w:hAnsi="Calibri" w:cs="Calibri" w:eastAsia="Microsoft YaHei"/>
        </w:rPr>
        <w:t xml:space="preserve">有碰撞、越界、动作异常风险时，优先使用急停或 </w:t>
      </w:r>
      <w:r>
        <w:rPr>
          <w:rFonts w:ascii="Consolas" w:hAnsi="Consolas" w:cs="Consolas" w:eastAsia="Microsoft YaHei"/>
          <w:color w:val="0B2545"/>
          <w:sz w:val="20"/>
        </w:rPr>
        <w:t>立即停止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2.</w:t>
        <w:tab/>
      </w:r>
      <w:r>
        <w:rPr>
          <w:rFonts w:ascii="Calibri" w:hAnsi="Calibri" w:cs="Calibri" w:eastAsia="Microsoft YaHei"/>
        </w:rPr>
        <w:t xml:space="preserve">若只是需要当前动作做完后停机，使用 </w:t>
      </w:r>
      <w:r>
        <w:rPr>
          <w:rFonts w:ascii="Consolas" w:hAnsi="Consolas" w:cs="Consolas" w:eastAsia="Microsoft YaHei"/>
          <w:color w:val="0B2545"/>
          <w:sz w:val="20"/>
        </w:rPr>
        <w:t>缓冲停止</w:t>
      </w:r>
      <w:r>
        <w:rPr>
          <w:rFonts w:ascii="Calibri" w:hAnsi="Calibri" w:cs="Calibri" w:eastAsia="Microsoft YaHei"/>
        </w:rPr>
        <w:t>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3.</w:t>
        <w:tab/>
      </w:r>
      <w:r>
        <w:rPr>
          <w:rFonts w:ascii="Calibri" w:hAnsi="Calibri" w:cs="Calibri" w:eastAsia="Microsoft YaHei"/>
        </w:rPr>
        <w:t>停止后检查机构、点位、IO 和任务参数。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4.</w:t>
        <w:tab/>
      </w:r>
      <w:r>
        <w:rPr>
          <w:rFonts w:ascii="Calibri" w:hAnsi="Calibri" w:cs="Calibri" w:eastAsia="Microsoft YaHei"/>
        </w:rPr>
        <w:t xml:space="preserve">必要时执行 </w:t>
      </w:r>
      <w:r>
        <w:rPr>
          <w:rFonts w:ascii="Consolas" w:hAnsi="Consolas" w:cs="Consolas" w:eastAsia="Microsoft YaHei"/>
          <w:color w:val="0B2545"/>
          <w:sz w:val="20"/>
        </w:rPr>
        <w:t>系统复位</w:t>
      </w:r>
      <w:r>
        <w:rPr>
          <w:rFonts w:ascii="Calibri" w:hAnsi="Calibri" w:cs="Calibri" w:eastAsia="Microsoft YaHei"/>
        </w:rPr>
        <w:t>，等待 MCU 重启并重新连接。</w:t>
      </w:r>
    </w:p>
    <w:p>
      <w:pPr>
        <w:tabs>
          <w:tab w:pos="720" w:val="left"/>
        </w:tabs>
        <w:spacing w:after="80" w:line="300" w:lineRule="auto"/>
        <w:ind w:left="720" w:hanging="360"/>
      </w:pPr>
      <w:r>
        <w:rPr>
          <w:rFonts w:ascii="Calibri" w:hAnsi="Calibri" w:cs="Calibri" w:eastAsia="Microsoft YaHei"/>
          <w:color w:val="000000"/>
        </w:rPr>
        <w:t>5.</w:t>
        <w:tab/>
      </w:r>
      <w:r>
        <w:rPr>
          <w:rFonts w:ascii="Calibri" w:hAnsi="Calibri" w:cs="Calibri" w:eastAsia="Microsoft YaHei"/>
        </w:rPr>
        <w:t>重新运行前先低速单步或单任务验证。</w:t>
      </w:r>
    </w:p>
    <w:p>
      <w:pPr>
        <w:pStyle w:val="Heading1"/>
      </w:pPr>
      <w:r>
        <w:rPr>
          <w:rFonts w:ascii="Calibri" w:hAnsi="Calibri" w:cs="Calibri" w:eastAsia="Microsoft YaHei"/>
        </w:rPr>
        <w:t>13. 配置文件位置</w:t>
      </w:r>
    </w:p>
    <w:p>
      <w:pPr/>
      <w:r>
        <w:rPr>
          <w:rFonts w:ascii="Calibri" w:hAnsi="Calibri" w:cs="Calibri" w:eastAsia="Microsoft YaHei"/>
        </w:rPr>
        <w:t xml:space="preserve">上位机运行目录下的 </w:t>
      </w:r>
      <w:r>
        <w:rPr>
          <w:rFonts w:ascii="Consolas" w:hAnsi="Consolas" w:cs="Consolas" w:eastAsia="Microsoft YaHei"/>
          <w:color w:val="0B2545"/>
          <w:sz w:val="20"/>
        </w:rPr>
        <w:t>Data</w:t>
      </w:r>
      <w:r>
        <w:rPr>
          <w:rFonts w:ascii="Calibri" w:hAnsi="Calibri" w:cs="Calibri" w:eastAsia="Microsoft YaHei"/>
        </w:rPr>
        <w:t xml:space="preserve"> 目录保存本地配置：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Data\ProjectDefault\config_default.json</w:t>
      </w:r>
      <w:r>
        <w:rPr>
          <w:rFonts w:ascii="Calibri" w:hAnsi="Calibri" w:cs="Calibri" w:eastAsia="Microsoft YaHei"/>
        </w:rPr>
        <w:t>：任务、点位、系统参数、显示名称等默认配置。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Data\ProjectDefault\project_default.json</w:t>
      </w:r>
      <w:r>
        <w:rPr>
          <w:rFonts w:ascii="Calibri" w:hAnsi="Calibri" w:cs="Calibri" w:eastAsia="Microsoft YaHei"/>
        </w:rPr>
        <w:t>：旧版默认配置文件，软件会兼容读取。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Data\display.json</w:t>
      </w:r>
      <w:r>
        <w:rPr>
          <w:rFonts w:ascii="Calibri" w:hAnsi="Calibri" w:cs="Calibri" w:eastAsia="Microsoft YaHei"/>
        </w:rPr>
        <w:t>：显示名称配置。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Data\ui_settings.json</w:t>
      </w:r>
      <w:r>
        <w:rPr>
          <w:rFonts w:ascii="Calibri" w:hAnsi="Calibri" w:cs="Calibri" w:eastAsia="Microsoft YaHei"/>
        </w:rPr>
        <w:t>：界面语言等 UI 设置。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onsolas" w:hAnsi="Consolas" w:cs="Consolas" w:eastAsia="Microsoft YaHei"/>
          <w:color w:val="0B2545"/>
          <w:sz w:val="20"/>
        </w:rPr>
        <w:t>Data\ui_text.json</w:t>
      </w:r>
      <w:r>
        <w:rPr>
          <w:rFonts w:ascii="Calibri" w:hAnsi="Calibri" w:cs="Calibri" w:eastAsia="Microsoft YaHei"/>
        </w:rPr>
        <w:t xml:space="preserve"> / </w:t>
      </w:r>
      <w:r>
        <w:rPr>
          <w:rFonts w:ascii="Consolas" w:hAnsi="Consolas" w:cs="Consolas" w:eastAsia="Microsoft YaHei"/>
          <w:color w:val="0B2545"/>
          <w:sz w:val="20"/>
        </w:rPr>
        <w:t>ui_text_custom.json</w:t>
      </w:r>
      <w:r>
        <w:rPr>
          <w:rFonts w:ascii="Calibri" w:hAnsi="Calibri" w:cs="Calibri" w:eastAsia="Microsoft YaHei"/>
        </w:rPr>
        <w:t>：界面文字资源。</w:t>
      </w:r>
    </w:p>
    <w:p>
      <w:pPr/>
      <w:r>
        <w:rPr>
          <w:rFonts w:ascii="Calibri" w:hAnsi="Calibri" w:cs="Calibri" w:eastAsia="Microsoft YaHei"/>
        </w:rPr>
        <w:t xml:space="preserve">建议定期备份 </w:t>
      </w:r>
      <w:r>
        <w:rPr>
          <w:rFonts w:ascii="Consolas" w:hAnsi="Consolas" w:cs="Consolas" w:eastAsia="Microsoft YaHei"/>
          <w:color w:val="0B2545"/>
          <w:sz w:val="20"/>
        </w:rPr>
        <w:t>Data\ProjectDefault\config_default.json</w:t>
      </w:r>
      <w:r>
        <w:rPr>
          <w:rFonts w:ascii="Calibri" w:hAnsi="Calibri" w:cs="Calibri" w:eastAsia="Microsoft YaHei"/>
        </w:rPr>
        <w:t>，尤其是在批量修改任务、点位或系统参数前。</w:t>
      </w:r>
    </w:p>
    <w:p>
      <w:pPr>
        <w:pStyle w:val="Heading1"/>
      </w:pPr>
      <w:r>
        <w:rPr>
          <w:rFonts w:ascii="Calibri" w:hAnsi="Calibri" w:cs="Calibri" w:eastAsia="Microsoft YaHei"/>
        </w:rPr>
        <w:t>14. 故障排查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状态栏显示未连接：检查控制板电源、USB/串口线、端口设置和驱动。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无心跳：检查 MCU 是否运行、协议端口是否正确、串口是否被其他软件占用。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保存并下载失败：确认机器已连接，任务指令参数合法，MCU 未处于忙状态。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多轴复位不可用：确认当前为插补模式。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 xml:space="preserve">运行失败并提示需要复位：执行 </w:t>
      </w:r>
      <w:r>
        <w:rPr>
          <w:rFonts w:ascii="Consolas" w:hAnsi="Consolas" w:cs="Consolas" w:eastAsia="Microsoft YaHei"/>
          <w:color w:val="0B2545"/>
          <w:sz w:val="20"/>
        </w:rPr>
        <w:t>系统复位</w:t>
      </w:r>
      <w:r>
        <w:rPr>
          <w:rFonts w:ascii="Calibri" w:hAnsi="Calibri" w:cs="Calibri" w:eastAsia="Microsoft YaHei"/>
        </w:rPr>
        <w:t>，等待自动重连后再运行。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IO 或电机按钮无效：确认当前模式下该 IO/电机允许手动操作，且机器已连接。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 w:cs="Calibri" w:eastAsia="Microsoft YaHei"/>
        </w:rPr>
        <w:t>参数改动后字体变红：表示界面值与已保存基准不一致，保存或重新读取后会恢复。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cs="Calibri" w:eastAsia="Microsoft YaHei"/>
        <w:color w:val="586170"/>
        <w:sz w:val="18"/>
      </w:rPr>
      <w:t xml:space="preserve">第 </w:t>
    </w:r>
    <w:r>
      <w:rPr>
        <w:rFonts w:ascii="Calibri" w:hAnsi="Calibri" w:cs="Calibri" w:eastAsia="Microsoft YaHei"/>
        <w:color w:val="586170"/>
        <w:sz w:val="18"/>
      </w:rPr>
      <w:fldChar w:fldCharType="begin"/>
    </w:r>
    <w:r>
      <w:rPr>
        <w:rFonts w:ascii="Calibri" w:hAnsi="Calibri" w:cs="Calibri" w:eastAsia="Microsoft YaHei"/>
        <w:color w:val="586170"/>
        <w:sz w:val="18"/>
      </w:rPr>
      <w:instrText xml:space="preserve"> PAGE </w:instrText>
    </w:r>
    <w:r>
      <w:rPr>
        <w:rFonts w:ascii="Calibri" w:hAnsi="Calibri" w:cs="Calibri" w:eastAsia="Microsoft YaHei"/>
        <w:color w:val="586170"/>
        <w:sz w:val="18"/>
      </w:rPr>
      <w:fldChar w:fldCharType="separate"/>
    </w:r>
    <w:r>
      <w:rPr>
        <w:rFonts w:ascii="Calibri" w:hAnsi="Calibri" w:cs="Calibri" w:eastAsia="Microsoft YaHei"/>
        <w:color w:val="586170"/>
        <w:sz w:val="18"/>
      </w:rPr>
      <w:t>1</w:t>
    </w:r>
    <w:r>
      <w:rPr>
        <w:rFonts w:ascii="Calibri" w:hAnsi="Calibri" w:cs="Calibri" w:eastAsia="Microsoft YaHei"/>
        <w:color w:val="586170"/>
        <w:sz w:val="18"/>
      </w:rPr>
      <w:fldChar w:fldCharType="end"/>
    </w:r>
    <w:r>
      <w:rPr>
        <w:rFonts w:ascii="Calibri" w:hAnsi="Calibri" w:cs="Calibri" w:eastAsia="Microsoft YaHei"/>
        <w:color w:val="58617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cs="Calibri" w:eastAsia="Microsoft YaHei"/>
        <w:color w:val="586170"/>
        <w:sz w:val="18"/>
      </w:rPr>
      <w:t>STM32F103 上位机使用手册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cs="Calibri" w:eastAsia="Microsoft YaHe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 w:cs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 w:cs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 w:cs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300" w:lineRule="auto" w:before="0"/>
      <w:contextualSpacing/>
    </w:pPr>
    <w:rPr>
      <w:rFonts w:asciiTheme="majorHAnsi" w:eastAsiaTheme="majorEastAsia" w:hAnsiTheme="majorHAnsi" w:cstheme="majorBidi" w:ascii="Calibri" w:hAnsi="Calibri" w:cs="Calibri" w:eastAsia="Microsoft YaHei"/>
      <w:b w:val="0"/>
      <w:color w:val="0B2545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nualCaption">
    <w:name w:val="Manual Caption"/>
    <w:basedOn w:val="Normal"/>
    <w:pPr>
      <w:spacing w:before="40" w:after="160" w:line="276" w:lineRule="auto"/>
    </w:pPr>
    <w:rPr>
      <w:rFonts w:ascii="Calibri" w:hAnsi="Calibri" w:cs="Calibri" w:eastAsia="Microsoft YaHei"/>
      <w:color w:val="586170"/>
      <w:sz w:val="20"/>
    </w:rPr>
  </w:style>
  <w:style w:type="paragraph" w:customStyle="1" w:styleId="ManualIndented">
    <w:name w:val="Manual Indented"/>
    <w:basedOn w:val="Normal"/>
    <w:pPr>
      <w:spacing w:before="0" w:after="80" w:line="300" w:lineRule="auto"/>
      <w:ind w:left="540"/>
    </w:pPr>
    <w:rPr>
      <w:rFonts w:ascii="Calibri" w:hAnsi="Calibri" w:cs="Calibri" w:eastAsia="Microsoft YaHei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