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cs="Calibri" w:eastAsia="Microsoft YaHei"/>
        </w:rPr>
        <w:t>STM32F103 Vision Pick-and-Place Host Software User Manual</w:t>
      </w:r>
    </w:p>
    <w:p>
      <w:pPr/>
      <w:r>
        <w:rPr>
          <w:rFonts w:ascii="Consolas" w:hAnsi="Consolas" w:cs="Consolas" w:eastAsia="Microsoft YaHei"/>
          <w:color w:val="0B2545"/>
          <w:sz w:val="20"/>
        </w:rPr>
        <w:t xml:space="preserve">Project: </w:t>
      </w:r>
      <w:r>
        <w:rPr>
          <w:rFonts w:ascii="Consolas" w:hAnsi="Consolas" w:cs="Consolas" w:eastAsia="Consolas"/>
          <w:color w:val="0B2545"/>
          <w:sz w:val="20"/>
          <w:szCs w:val="20"/>
        </w:rPr>
        <w:t>E:\STM32F103_VisionPickPlace\HostStm32F103ZET</w:t>
      </w:r>
    </w:p>
    <w:p>
      <w:pPr/>
      <w:r>
        <w:rPr>
          <w:rFonts w:ascii="Consolas" w:hAnsi="Consolas" w:cs="Consolas" w:eastAsia="Microsoft YaHei"/>
          <w:color w:val="0B2545"/>
          <w:sz w:val="20"/>
        </w:rPr>
        <w:t xml:space="preserve">Software: </w:t>
      </w:r>
      <w:r>
        <w:rPr>
          <w:rFonts w:ascii="Consolas" w:hAnsi="Consolas" w:cs="Consolas" w:eastAsia="Consolas"/>
          <w:color w:val="0B2545"/>
          <w:sz w:val="20"/>
          <w:szCs w:val="20"/>
        </w:rPr>
        <w:t>VisionPickPlaceSTM32F103</w:t>
      </w:r>
      <w:r>
        <w:rPr>
          <w:rFonts w:ascii="Consolas" w:hAnsi="Consolas" w:cs="Consolas" w:eastAsia="Microsoft YaHei"/>
          <w:color w:val="0B2545"/>
          <w:sz w:val="20"/>
        </w:rPr>
        <w:t xml:space="preserve">, interface version shown as </w:t>
      </w:r>
      <w:r>
        <w:rPr>
          <w:rFonts w:ascii="Consolas" w:hAnsi="Consolas" w:cs="Consolas" w:eastAsia="Consolas"/>
          <w:color w:val="0B2545"/>
          <w:sz w:val="20"/>
          <w:szCs w:val="20"/>
        </w:rPr>
        <w:t>V2.92</w:t>
      </w:r>
    </w:p>
    <w:p>
      <w:pPr/>
      <w:r>
        <w:rPr>
          <w:rFonts w:ascii="Calibri" w:hAnsi="Calibri" w:cs="Calibri" w:eastAsia="Microsoft YaHei"/>
        </w:rPr>
        <w:t xml:space="preserve">Scope: This English manual covers the host software workflow excluding the vision section. It includes startup, MCU connection, task editing, task running, operation panel, system parameters, IO/motor monitoring, and troubleshooting. The </w:t>
      </w:r>
      <w:r>
        <w:rPr>
          <w:rFonts w:ascii="Consolas" w:hAnsi="Consolas" w:cs="Consolas" w:eastAsia="Consolas"/>
          <w:sz w:val="20"/>
          <w:szCs w:val="20"/>
        </w:rPr>
        <w:t>Vision Coordinate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Intrinsic Calibration</w:t>
      </w:r>
      <w:r>
        <w:rPr>
          <w:rFonts w:ascii="Calibri" w:hAnsi="Calibri" w:cs="Calibri" w:eastAsia="Microsoft YaHei"/>
        </w:rPr>
        <w:t>, camera, ROI, and vision calibration workflows are not included in this version.</w:t>
      </w:r>
    </w:p>
    <w:p>
      <w:pPr>
        <w:pStyle w:val="Heading1"/>
      </w:pPr>
      <w:r>
        <w:rPr>
          <w:rFonts w:ascii="Calibri" w:hAnsi="Calibri" w:cs="Calibri" w:eastAsia="Microsoft YaHei"/>
        </w:rPr>
        <w:t>1. Before Use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Make sure the STM32 firmware has been downloaded to the controller board, and check power, emergency stop, limit switches, air/vacuum circuits, and mechanical clearance.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Connect the host PC to the controller communication port.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Start the host software:</w:t>
      </w:r>
    </w:p>
    <w:p>
      <w:pPr>
        <w:pStyle w:val="ManualIndented"/>
      </w:pPr>
      <w:r>
        <w:rPr>
          <w:rFonts w:ascii="Consolas" w:hAnsi="Consolas" w:cs="Consolas" w:eastAsia="Consolas"/>
          <w:color w:val="0B2545"/>
          <w:sz w:val="20"/>
          <w:szCs w:val="20"/>
        </w:rPr>
        <w:t>E:\STM32F103_VisionPickPlace\HostStm32F103ZET\bin\Debug\net10.0-windows\VisionPickPlaceSTM32F103.exe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After startup, the host will try to connect to the MCU automatically. When connected, the status bar shows machine connection and heartbeat information.</w:t>
      </w:r>
    </w:p>
    <w:p>
      <w:pPr/>
      <w:r>
        <w:rPr>
          <w:rFonts w:ascii="Calibri" w:hAnsi="Calibri" w:cs="Calibri" w:eastAsia="Microsoft YaHei"/>
        </w:rPr>
        <w:t>Safety notes: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Before running tasks, changing motion parameters, switching modes, or executing multi-axis reset, confirm that the motion area is clear.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Stop</w:t>
      </w:r>
      <w:r>
        <w:rPr>
          <w:rFonts w:ascii="Calibri" w:hAnsi="Calibri" w:cs="Calibri" w:eastAsia="Microsoft YaHei"/>
        </w:rPr>
        <w:t xml:space="preserve"> stops all tasks and motors immediately; </w:t>
      </w:r>
      <w:r>
        <w:rPr>
          <w:rFonts w:ascii="Consolas" w:hAnsi="Consolas" w:cs="Consolas" w:eastAsia="Consolas"/>
          <w:sz w:val="20"/>
          <w:szCs w:val="20"/>
        </w:rPr>
        <w:t>Buffered Stop</w:t>
      </w:r>
      <w:r>
        <w:rPr>
          <w:rFonts w:ascii="Calibri" w:hAnsi="Calibri" w:cs="Calibri" w:eastAsia="Microsoft YaHei"/>
        </w:rPr>
        <w:t xml:space="preserve"> stops after the current instruction finishes.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System Reset</w:t>
      </w:r>
      <w:r>
        <w:rPr>
          <w:rFonts w:ascii="Calibri" w:hAnsi="Calibri" w:cs="Calibri" w:eastAsia="Microsoft YaHei"/>
        </w:rPr>
        <w:t xml:space="preserve"> stops all tasks and motors, restarts the MCU, and waits for automatic reconnection.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Multi-Axis Reset</w:t>
      </w:r>
      <w:r>
        <w:rPr>
          <w:rFonts w:ascii="Calibri" w:hAnsi="Calibri" w:cs="Calibri" w:eastAsia="Microsoft YaHei"/>
        </w:rPr>
        <w:t xml:space="preserve"> is only available in interpolation mode. Confirm homing direction, limit switches, and travel parameters before using it.</w:t>
      </w:r>
    </w:p>
    <w:p>
      <w:pPr>
        <w:pStyle w:val="Heading1"/>
      </w:pPr>
      <w:r>
        <w:rPr>
          <w:rFonts w:ascii="Calibri" w:hAnsi="Calibri" w:cs="Calibri" w:eastAsia="Microsoft YaHei"/>
        </w:rPr>
        <w:t>2. Main Window Overview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1" name="Figure 1. Task Page" descr="Figure 1. Task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1. Task Page" descr="Figure 1. Task Pag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1. Task Page</w:t>
      </w:r>
    </w:p>
    <w:p>
      <w:pPr>
        <w:pStyle w:val="ManualCaption"/>
      </w:pPr>
      <w:r>
        <w:rPr>
          <w:rFonts w:ascii="Calibri" w:hAnsi="Calibri" w:cs="Calibri" w:eastAsia="Microsoft YaHei"/>
        </w:rPr>
        <w:t>Figure 1: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Top tabs: this manual mainly uses </w:t>
      </w:r>
      <w:r>
        <w:rPr>
          <w:rFonts w:ascii="Consolas" w:hAnsi="Consolas" w:cs="Consolas" w:eastAsia="Consolas"/>
          <w:sz w:val="20"/>
          <w:szCs w:val="20"/>
        </w:rPr>
        <w:t>Task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System Monitor</w:t>
      </w:r>
      <w:r>
        <w:rPr>
          <w:rFonts w:ascii="Calibri" w:hAnsi="Calibri" w:cs="Calibri" w:eastAsia="Microsoft YaHei"/>
        </w:rPr>
        <w:t xml:space="preserve">, and </w:t>
      </w:r>
      <w:r>
        <w:rPr>
          <w:rFonts w:ascii="Consolas" w:hAnsi="Consolas" w:cs="Consolas" w:eastAsia="Consolas"/>
          <w:sz w:val="20"/>
          <w:szCs w:val="20"/>
        </w:rPr>
        <w:t>System Parameters</w:t>
      </w:r>
      <w:r>
        <w:rPr>
          <w:rFonts w:ascii="Calibri" w:hAnsi="Calibri" w:cs="Calibri" w:eastAsia="Microsoft YaHei"/>
        </w:rPr>
        <w:t>. Vision-related tabs are not covered here.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Instruction editing area: select an instruction type on the left and edit its parameters in the middle.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Current task instruction table: shows the task sequence. Instructions can be inserted, deleted, moved up/down, and run step by step.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Operation area: global controls such as </w:t>
      </w:r>
      <w:r>
        <w:rPr>
          <w:rFonts w:ascii="Consolas" w:hAnsi="Consolas" w:cs="Consolas" w:eastAsia="Consolas"/>
          <w:sz w:val="20"/>
          <w:szCs w:val="20"/>
        </w:rPr>
        <w:t>Multi-Axis Reset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System Reset</w:t>
      </w:r>
      <w:r>
        <w:rPr>
          <w:rFonts w:ascii="Calibri" w:hAnsi="Calibri" w:cs="Calibri" w:eastAsia="Microsoft YaHei"/>
        </w:rPr>
        <w:t xml:space="preserve">, and </w:t>
      </w:r>
      <w:r>
        <w:rPr>
          <w:rFonts w:ascii="Consolas" w:hAnsi="Consolas" w:cs="Consolas" w:eastAsia="Consolas"/>
          <w:sz w:val="20"/>
          <w:szCs w:val="20"/>
        </w:rPr>
        <w:t>Open Operation Panel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Status bar: shows operation result, machine connection, heartbeat, and runtime status.</w:t>
      </w:r>
    </w:p>
    <w:p>
      <w:pPr/>
      <w:r>
        <w:rPr>
          <w:rFonts w:ascii="Calibri" w:hAnsi="Calibri" w:cs="Calibri" w:eastAsia="Microsoft YaHei"/>
        </w:rPr>
        <w:t>Task slots: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Slots </w:t>
      </w:r>
      <w:r>
        <w:rPr>
          <w:rFonts w:ascii="Consolas" w:hAnsi="Consolas" w:cs="Consolas" w:eastAsia="Consolas"/>
          <w:sz w:val="20"/>
          <w:szCs w:val="20"/>
        </w:rPr>
        <w:t>0</w:t>
      </w:r>
      <w:r>
        <w:rPr>
          <w:rFonts w:ascii="Calibri" w:hAnsi="Calibri" w:cs="Calibri" w:eastAsia="Microsoft YaHei"/>
        </w:rPr>
        <w:t xml:space="preserve"> to </w:t>
      </w:r>
      <w:r>
        <w:rPr>
          <w:rFonts w:ascii="Consolas" w:hAnsi="Consolas" w:cs="Consolas" w:eastAsia="Consolas"/>
          <w:sz w:val="20"/>
          <w:szCs w:val="20"/>
        </w:rPr>
        <w:t>9</w:t>
      </w:r>
      <w:r>
        <w:rPr>
          <w:rFonts w:ascii="Calibri" w:hAnsi="Calibri" w:cs="Calibri" w:eastAsia="Microsoft YaHei"/>
        </w:rPr>
        <w:t xml:space="preserve"> are system task slots.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Test</w:t>
      </w:r>
      <w:r>
        <w:rPr>
          <w:rFonts w:ascii="Calibri" w:hAnsi="Calibri" w:cs="Calibri" w:eastAsia="Microsoft YaHei"/>
        </w:rPr>
        <w:t xml:space="preserve"> is used for temporary instruction testing and debugging.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Common task states include </w:t>
      </w:r>
      <w:r>
        <w:rPr>
          <w:rFonts w:ascii="Consolas" w:hAnsi="Consolas" w:cs="Consolas" w:eastAsia="Consolas"/>
          <w:sz w:val="20"/>
          <w:szCs w:val="20"/>
        </w:rPr>
        <w:t>Empty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Stopped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Running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Paused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Done</w:t>
      </w:r>
      <w:r>
        <w:rPr>
          <w:rFonts w:ascii="Calibri" w:hAnsi="Calibri" w:cs="Calibri" w:eastAsia="Microsoft YaHei"/>
        </w:rPr>
        <w:t xml:space="preserve">, and </w:t>
      </w:r>
      <w:r>
        <w:rPr>
          <w:rFonts w:ascii="Consolas" w:hAnsi="Consolas" w:cs="Consolas" w:eastAsia="Consolas"/>
          <w:sz w:val="20"/>
          <w:szCs w:val="20"/>
        </w:rPr>
        <w:t>Error</w:t>
      </w:r>
      <w:r>
        <w:rPr>
          <w:rFonts w:ascii="Calibri" w:hAnsi="Calibri" w:cs="Calibri" w:eastAsia="Microsoft YaHei"/>
        </w:rPr>
        <w:t>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Double-click a task name to edit its display name.</w:t>
      </w:r>
    </w:p>
    <w:p>
      <w:pPr>
        <w:pStyle w:val="Heading1"/>
      </w:pPr>
      <w:r>
        <w:rPr>
          <w:rFonts w:ascii="Calibri" w:hAnsi="Calibri" w:cs="Calibri" w:eastAsia="Microsoft YaHei"/>
        </w:rPr>
        <w:t>3. Startup and Connection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Open the host software and check the status bar at the bottom.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If the machine is connected and heartbeat updates normally, MCU communication is working.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If the machine is not connected, open </w:t>
      </w:r>
      <w:r>
        <w:rPr>
          <w:rFonts w:ascii="Consolas" w:hAnsi="Consolas" w:cs="Consolas" w:eastAsia="Consolas"/>
          <w:sz w:val="20"/>
          <w:szCs w:val="20"/>
        </w:rPr>
        <w:t>System Parameters</w:t>
      </w:r>
      <w:r>
        <w:rPr>
          <w:rFonts w:ascii="Calibri" w:hAnsi="Calibri" w:cs="Calibri" w:eastAsia="Microsoft YaHei"/>
        </w:rPr>
        <w:t xml:space="preserve"> and check the communication port settings. Typical default settings are:</w:t>
      </w:r>
    </w:p>
    <w:p>
      <w:pPr>
        <w:pStyle w:val="ListBullet"/>
        <w:spacing w:after="80" w:line="300" w:lineRule="auto"/>
        <w:ind w:left="900" w:hanging="271"/>
      </w:pPr>
      <w:r>
        <w:rPr>
          <w:rFonts w:ascii="Consolas" w:hAnsi="Consolas" w:cs="Consolas" w:eastAsia="Microsoft YaHei"/>
          <w:color w:val="0B2545"/>
          <w:sz w:val="20"/>
        </w:rPr>
        <w:t xml:space="preserve">Protocol port: </w:t>
      </w:r>
      <w:r>
        <w:rPr>
          <w:rFonts w:ascii="Consolas" w:hAnsi="Consolas" w:cs="Consolas" w:eastAsia="Consolas"/>
          <w:color w:val="0B2545"/>
          <w:sz w:val="20"/>
          <w:szCs w:val="20"/>
        </w:rPr>
        <w:t>TTL</w:t>
      </w:r>
    </w:p>
    <w:p>
      <w:pPr>
        <w:pStyle w:val="ListBullet"/>
        <w:spacing w:after="80" w:line="300" w:lineRule="auto"/>
        <w:ind w:left="900" w:hanging="271"/>
      </w:pPr>
      <w:r>
        <w:rPr>
          <w:rFonts w:ascii="Consolas" w:hAnsi="Consolas" w:cs="Consolas" w:eastAsia="Microsoft YaHei"/>
          <w:color w:val="0B2545"/>
          <w:sz w:val="20"/>
        </w:rPr>
        <w:t xml:space="preserve">Trace/debug port: </w:t>
      </w:r>
      <w:r>
        <w:rPr>
          <w:rFonts w:ascii="Consolas" w:hAnsi="Consolas" w:cs="Consolas" w:eastAsia="Consolas"/>
          <w:color w:val="0B2545"/>
          <w:sz w:val="20"/>
          <w:szCs w:val="20"/>
        </w:rPr>
        <w:t>CH340 serial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After changing communication settings, use </w:t>
      </w: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>, then reconnect or restart as prompted.</w:t>
      </w:r>
    </w:p>
    <w:p>
      <w:pPr/>
      <w:r>
        <w:rPr>
          <w:rFonts w:ascii="Calibri" w:hAnsi="Calibri" w:cs="Calibri" w:eastAsia="Microsoft YaHei"/>
        </w:rPr>
        <w:t xml:space="preserve">After connection, the host reads system parameters and task information from the MCU. If local default configuration exists at </w:t>
      </w:r>
      <w:r>
        <w:rPr>
          <w:rFonts w:ascii="Consolas" w:hAnsi="Consolas" w:cs="Consolas" w:eastAsia="Consolas"/>
          <w:sz w:val="20"/>
          <w:szCs w:val="20"/>
        </w:rPr>
        <w:t>Data\ProjectDefault\config_default.json</w:t>
      </w:r>
      <w:r>
        <w:rPr>
          <w:rFonts w:ascii="Calibri" w:hAnsi="Calibri" w:cs="Calibri" w:eastAsia="Microsoft YaHei"/>
        </w:rPr>
        <w:t>, the host also uses it for task names, point names, display names, and local metadata.</w:t>
      </w:r>
    </w:p>
    <w:p>
      <w:pPr>
        <w:pStyle w:val="Heading1"/>
      </w:pPr>
      <w:r>
        <w:rPr>
          <w:rFonts w:ascii="Calibri" w:hAnsi="Calibri" w:cs="Calibri" w:eastAsia="Microsoft YaHei"/>
        </w:rPr>
        <w:t>4. Operation Panel</w:t>
      </w:r>
    </w:p>
    <w:p>
      <w:pPr/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Open Operation Panel</w:t>
      </w:r>
      <w:r>
        <w:rPr>
          <w:rFonts w:ascii="Calibri" w:hAnsi="Calibri" w:cs="Calibri" w:eastAsia="Microsoft YaHei"/>
        </w:rPr>
        <w:t xml:space="preserve"> on the </w:t>
      </w:r>
      <w:r>
        <w:rPr>
          <w:rFonts w:ascii="Consolas" w:hAnsi="Consolas" w:cs="Consolas" w:eastAsia="Consolas"/>
          <w:sz w:val="20"/>
          <w:szCs w:val="20"/>
        </w:rPr>
        <w:t>Task</w:t>
      </w:r>
      <w:r>
        <w:rPr>
          <w:rFonts w:ascii="Calibri" w:hAnsi="Calibri" w:cs="Calibri" w:eastAsia="Microsoft YaHei"/>
        </w:rPr>
        <w:t xml:space="preserve"> page to open the large-button operation window.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526661"/>
            <wp:docPr id="2" name="Figure 2. Operation Panel" descr="Figure 2. Operation Pane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2. Operation Panel" descr="Figure 2. Operation Pane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2. Operation Panel</w:t>
      </w:r>
    </w:p>
    <w:p>
      <w:pPr>
        <w:pStyle w:val="ManualCaption"/>
      </w:pPr>
      <w:r>
        <w:rPr>
          <w:rFonts w:ascii="Calibri" w:hAnsi="Calibri" w:cs="Calibri" w:eastAsia="Microsoft YaHei"/>
        </w:rPr>
        <w:t>Figure 2: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Counter area: </w:t>
      </w:r>
      <w:r>
        <w:rPr>
          <w:rFonts w:ascii="Consolas" w:hAnsi="Consolas" w:cs="Consolas" w:eastAsia="Consolas"/>
          <w:sz w:val="20"/>
          <w:szCs w:val="20"/>
        </w:rPr>
        <w:t>Total</w:t>
      </w:r>
      <w:r>
        <w:rPr>
          <w:rFonts w:ascii="Calibri" w:hAnsi="Calibri" w:cs="Calibri" w:eastAsia="Microsoft YaHei"/>
        </w:rPr>
        <w:t xml:space="preserve"> is the accumulated total count. </w:t>
      </w:r>
      <w:r>
        <w:rPr>
          <w:rFonts w:ascii="Consolas" w:hAnsi="Consolas" w:cs="Consolas" w:eastAsia="Consolas"/>
          <w:sz w:val="20"/>
          <w:szCs w:val="20"/>
        </w:rPr>
        <w:t>Count</w:t>
      </w:r>
      <w:r>
        <w:rPr>
          <w:rFonts w:ascii="Calibri" w:hAnsi="Calibri" w:cs="Calibri" w:eastAsia="Microsoft YaHei"/>
        </w:rPr>
        <w:t xml:space="preserve"> is the current count segment. </w:t>
      </w:r>
      <w:r>
        <w:rPr>
          <w:rFonts w:ascii="Consolas" w:hAnsi="Consolas" w:cs="Consolas" w:eastAsia="Consolas"/>
          <w:sz w:val="20"/>
          <w:szCs w:val="20"/>
        </w:rPr>
        <w:t>Reset Count</w:t>
      </w:r>
      <w:r>
        <w:rPr>
          <w:rFonts w:ascii="Calibri" w:hAnsi="Calibri" w:cs="Calibri" w:eastAsia="Microsoft YaHei"/>
        </w:rPr>
        <w:t xml:space="preserve"> clears the current segment only.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Start area: </w:t>
      </w:r>
      <w:r>
        <w:rPr>
          <w:rFonts w:ascii="Consolas" w:hAnsi="Consolas" w:cs="Consolas" w:eastAsia="Consolas"/>
          <w:sz w:val="20"/>
          <w:szCs w:val="20"/>
        </w:rPr>
        <w:t>Run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Single Run</w:t>
      </w:r>
      <w:r>
        <w:rPr>
          <w:rFonts w:ascii="Calibri" w:hAnsi="Calibri" w:cs="Calibri" w:eastAsia="Microsoft YaHei"/>
        </w:rPr>
        <w:t xml:space="preserve">, and </w:t>
      </w:r>
      <w:r>
        <w:rPr>
          <w:rFonts w:ascii="Consolas" w:hAnsi="Consolas" w:cs="Consolas" w:eastAsia="Consolas"/>
          <w:sz w:val="20"/>
          <w:szCs w:val="20"/>
        </w:rPr>
        <w:t>Continuous Run/Resume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Stop/pause area: immediate stop, buffered stop, immediate pause, buffered pause, and resume.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Reset and combined buttons: system reset, multi-axis reset, and run/pause/resume combined operations.</w:t>
      </w:r>
    </w:p>
    <w:p>
      <w:pPr/>
      <w:r>
        <w:rPr>
          <w:rFonts w:ascii="Calibri" w:hAnsi="Calibri" w:cs="Calibri" w:eastAsia="Microsoft YaHei"/>
        </w:rPr>
        <w:t>Button functions: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Run</w:t>
      </w:r>
      <w:r>
        <w:rPr>
          <w:rFonts w:ascii="Calibri" w:hAnsi="Calibri" w:cs="Calibri" w:eastAsia="Microsoft YaHei"/>
        </w:rPr>
        <w:t>: starts all runnable tasks in continuous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Single Run</w:t>
      </w:r>
      <w:r>
        <w:rPr>
          <w:rFonts w:ascii="Calibri" w:hAnsi="Calibri" w:cs="Calibri" w:eastAsia="Microsoft YaHei"/>
        </w:rPr>
        <w:t>: starts all runnable tasks in single-run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Continuous Run/Resume</w:t>
      </w:r>
      <w:r>
        <w:rPr>
          <w:rFonts w:ascii="Calibri" w:hAnsi="Calibri" w:cs="Calibri" w:eastAsia="Microsoft YaHei"/>
        </w:rPr>
        <w:t>: starts when stopped, resumes when paused.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Stop</w:t>
      </w:r>
      <w:r>
        <w:rPr>
          <w:rFonts w:ascii="Calibri" w:hAnsi="Calibri" w:cs="Calibri" w:eastAsia="Microsoft YaHei"/>
        </w:rPr>
        <w:t>: immediately stops all tasks and motors.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Buffered Stop</w:t>
      </w:r>
      <w:r>
        <w:rPr>
          <w:rFonts w:ascii="Calibri" w:hAnsi="Calibri" w:cs="Calibri" w:eastAsia="Microsoft YaHei"/>
        </w:rPr>
        <w:t>: stops after the current instruction finishes and releases resources.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Pause</w:t>
      </w:r>
      <w:r>
        <w:rPr>
          <w:rFonts w:ascii="Calibri" w:hAnsi="Calibri" w:cs="Calibri" w:eastAsia="Microsoft YaHei"/>
        </w:rPr>
        <w:t>: pauses all tasks immediately and releases resources.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Buffered Pause</w:t>
      </w:r>
      <w:r>
        <w:rPr>
          <w:rFonts w:ascii="Calibri" w:hAnsi="Calibri" w:cs="Calibri" w:eastAsia="Microsoft YaHei"/>
        </w:rPr>
        <w:t>: pauses after the current instruction finishes while keeping resources.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Resume</w:t>
      </w:r>
      <w:r>
        <w:rPr>
          <w:rFonts w:ascii="Calibri" w:hAnsi="Calibri" w:cs="Calibri" w:eastAsia="Microsoft YaHei"/>
        </w:rPr>
        <w:t>: resumes paused tasks.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System Reset</w:t>
      </w:r>
      <w:r>
        <w:rPr>
          <w:rFonts w:ascii="Calibri" w:hAnsi="Calibri" w:cs="Calibri" w:eastAsia="Microsoft YaHei"/>
        </w:rPr>
        <w:t>: stops all tasks and motors, restarts MCU, and waits for host reconnection.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Multi-Axis Reset</w:t>
      </w:r>
      <w:r>
        <w:rPr>
          <w:rFonts w:ascii="Calibri" w:hAnsi="Calibri" w:cs="Calibri" w:eastAsia="Microsoft YaHei"/>
        </w:rPr>
        <w:t>: runs the multi-axis homing/reset workflow in interpolation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Continuous Run/Buffered Pause/Resume</w:t>
      </w:r>
      <w:r>
        <w:rPr>
          <w:rFonts w:ascii="Calibri" w:hAnsi="Calibri" w:cs="Calibri" w:eastAsia="Microsoft YaHei"/>
        </w:rPr>
        <w:t>: run when stopped, buffered pause when running, resume when paused.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Continuous Run + Immediate Pause + Resume</w:t>
      </w:r>
      <w:r>
        <w:rPr>
          <w:rFonts w:ascii="Calibri" w:hAnsi="Calibri" w:cs="Calibri" w:eastAsia="Microsoft YaHei"/>
        </w:rPr>
        <w:t>: run when stopped, immediate pause when running, resume when paused.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Pause + Resume</w:t>
      </w:r>
      <w:r>
        <w:rPr>
          <w:rFonts w:ascii="Calibri" w:hAnsi="Calibri" w:cs="Calibri" w:eastAsia="Microsoft YaHei"/>
        </w:rPr>
        <w:t>: press to pause immediately, release to resume.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Stop + System Reset</w:t>
      </w:r>
      <w:r>
        <w:rPr>
          <w:rFonts w:ascii="Calibri" w:hAnsi="Calibri" w:cs="Calibri" w:eastAsia="Microsoft YaHei"/>
        </w:rPr>
        <w:t>: press to stop immediately, release to reset the system.</w:t>
      </w:r>
    </w:p>
    <w:p>
      <w:pPr>
        <w:pStyle w:val="Heading1"/>
      </w:pPr>
      <w:r>
        <w:rPr>
          <w:rFonts w:ascii="Calibri" w:hAnsi="Calibri" w:cs="Calibri" w:eastAsia="Microsoft YaHei"/>
        </w:rPr>
        <w:t>5. Task Editing Workflow</w:t>
      </w:r>
    </w:p>
    <w:p>
      <w:pPr/>
      <w:r>
        <w:rPr>
          <w:rFonts w:ascii="Calibri" w:hAnsi="Calibri" w:cs="Calibri" w:eastAsia="Microsoft YaHei"/>
        </w:rPr>
        <w:t>Typical workflow: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Select task slot </w:t>
      </w:r>
      <w:r>
        <w:rPr>
          <w:rFonts w:ascii="Consolas" w:hAnsi="Consolas" w:cs="Consolas" w:eastAsia="Consolas"/>
          <w:sz w:val="20"/>
          <w:szCs w:val="20"/>
        </w:rPr>
        <w:t>0-9</w:t>
      </w:r>
      <w:r>
        <w:rPr>
          <w:rFonts w:ascii="Calibri" w:hAnsi="Calibri" w:cs="Calibri" w:eastAsia="Microsoft YaHei"/>
        </w:rPr>
        <w:t xml:space="preserve"> or </w:t>
      </w:r>
      <w:r>
        <w:rPr>
          <w:rFonts w:ascii="Consolas" w:hAnsi="Consolas" w:cs="Consolas" w:eastAsia="Consolas"/>
          <w:sz w:val="20"/>
          <w:szCs w:val="20"/>
        </w:rPr>
        <w:t>Test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Select an instruction from the instruction list, such as </w:t>
      </w:r>
      <w:r>
        <w:rPr>
          <w:rFonts w:ascii="Consolas" w:hAnsi="Consolas" w:cs="Consolas" w:eastAsia="Consolas"/>
          <w:sz w:val="20"/>
          <w:szCs w:val="20"/>
        </w:rPr>
        <w:t>Output IO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Delay (ms)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Motor Run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Move to Point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Pick/Place</w:t>
      </w:r>
      <w:r>
        <w:rPr>
          <w:rFonts w:ascii="Calibri" w:hAnsi="Calibri" w:cs="Calibri" w:eastAsia="Microsoft YaHei"/>
        </w:rPr>
        <w:t xml:space="preserve">, or </w:t>
      </w:r>
      <w:r>
        <w:rPr>
          <w:rFonts w:ascii="Consolas" w:hAnsi="Consolas" w:cs="Consolas" w:eastAsia="Consolas"/>
          <w:sz w:val="20"/>
          <w:szCs w:val="20"/>
        </w:rPr>
        <w:t>End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Add</w:t>
      </w:r>
      <w:r>
        <w:rPr>
          <w:rFonts w:ascii="Calibri" w:hAnsi="Calibri" w:cs="Calibri" w:eastAsia="Microsoft YaHei"/>
        </w:rPr>
        <w:t xml:space="preserve"> or </w:t>
      </w:r>
      <w:r>
        <w:rPr>
          <w:rFonts w:ascii="Consolas" w:hAnsi="Consolas" w:cs="Consolas" w:eastAsia="Consolas"/>
          <w:sz w:val="20"/>
          <w:szCs w:val="20"/>
        </w:rPr>
        <w:t>Insert</w:t>
      </w:r>
      <w:r>
        <w:rPr>
          <w:rFonts w:ascii="Calibri" w:hAnsi="Calibri" w:cs="Calibri" w:eastAsia="Microsoft YaHei"/>
        </w:rPr>
        <w:t xml:space="preserve"> to add it to the task instruction table.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Select an instruction row and edit its parameters.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Use </w:t>
      </w:r>
      <w:r>
        <w:rPr>
          <w:rFonts w:ascii="Consolas" w:hAnsi="Consolas" w:cs="Consolas" w:eastAsia="Consolas"/>
          <w:sz w:val="20"/>
          <w:szCs w:val="20"/>
        </w:rPr>
        <w:t>Move Up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Move Down</w:t>
      </w:r>
      <w:r>
        <w:rPr>
          <w:rFonts w:ascii="Calibri" w:hAnsi="Calibri" w:cs="Calibri" w:eastAsia="Microsoft YaHei"/>
        </w:rPr>
        <w:t xml:space="preserve">, and </w:t>
      </w:r>
      <w:r>
        <w:rPr>
          <w:rFonts w:ascii="Consolas" w:hAnsi="Consolas" w:cs="Consolas" w:eastAsia="Consolas"/>
          <w:sz w:val="20"/>
          <w:szCs w:val="20"/>
        </w:rPr>
        <w:t>Delete</w:t>
      </w:r>
      <w:r>
        <w:rPr>
          <w:rFonts w:ascii="Calibri" w:hAnsi="Calibri" w:cs="Calibri" w:eastAsia="Microsoft YaHei"/>
        </w:rPr>
        <w:t xml:space="preserve"> to adjust the sequence.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 xml:space="preserve">Make sure the task ends with an </w:t>
      </w:r>
      <w:r>
        <w:rPr>
          <w:rFonts w:ascii="Consolas" w:hAnsi="Consolas" w:cs="Consolas" w:eastAsia="Consolas"/>
          <w:sz w:val="20"/>
          <w:szCs w:val="20"/>
        </w:rPr>
        <w:t>End</w:t>
      </w:r>
      <w:r>
        <w:rPr>
          <w:rFonts w:ascii="Calibri" w:hAnsi="Calibri" w:cs="Calibri" w:eastAsia="Microsoft YaHei"/>
        </w:rPr>
        <w:t xml:space="preserve"> instruction.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7.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 xml:space="preserve"> for the current task to save it into local default configuration and download it to MCU.</w:t>
      </w:r>
    </w:p>
    <w:p>
      <w:pPr/>
      <w:r>
        <w:rPr>
          <w:rFonts w:ascii="Calibri" w:hAnsi="Calibri" w:cs="Calibri" w:eastAsia="Microsoft YaHei"/>
        </w:rPr>
        <w:t>Common instruction types: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Output IO</w:t>
      </w:r>
      <w:r>
        <w:rPr>
          <w:rFonts w:ascii="Calibri" w:hAnsi="Calibri" w:cs="Calibri" w:eastAsia="Microsoft YaHei"/>
        </w:rPr>
        <w:t>: controls Y output state.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Delay (ms)</w:t>
      </w:r>
      <w:r>
        <w:rPr>
          <w:rFonts w:ascii="Calibri" w:hAnsi="Calibri" w:cs="Calibri" w:eastAsia="Microsoft YaHei"/>
        </w:rPr>
        <w:t>: waits for the specified time.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Set Variable</w:t>
      </w:r>
      <w:r>
        <w:rPr>
          <w:rFonts w:ascii="Calibri" w:hAnsi="Calibri" w:cs="Calibri" w:eastAsia="Microsoft YaHei"/>
        </w:rPr>
        <w:t>: modifies internal variables used for counters, flags, and conditional logic.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Jump</w:t>
      </w:r>
      <w:r>
        <w:rPr>
          <w:rFonts w:ascii="Calibri" w:hAnsi="Calibri" w:cs="Calibri" w:eastAsia="Microsoft YaHei"/>
        </w:rPr>
        <w:t xml:space="preserve"> / </w:t>
      </w:r>
      <w:r>
        <w:rPr>
          <w:rFonts w:ascii="Consolas" w:hAnsi="Consolas" w:cs="Consolas" w:eastAsia="Consolas"/>
          <w:sz w:val="20"/>
          <w:szCs w:val="20"/>
        </w:rPr>
        <w:t>Conditional Jump</w:t>
      </w:r>
      <w:r>
        <w:rPr>
          <w:rFonts w:ascii="Calibri" w:hAnsi="Calibri" w:cs="Calibri" w:eastAsia="Microsoft YaHei"/>
        </w:rPr>
        <w:t>: changes the next executed task row.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Motor Run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Set Motor Speed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Motor Stop</w:t>
      </w:r>
      <w:r>
        <w:rPr>
          <w:rFonts w:ascii="Calibri" w:hAnsi="Calibri" w:cs="Calibri" w:eastAsia="Microsoft YaHei"/>
        </w:rPr>
        <w:t>: controls non-interpolation or auxiliary motors.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Run Indexer</w:t>
      </w:r>
      <w:r>
        <w:rPr>
          <w:rFonts w:ascii="Calibri" w:hAnsi="Calibri" w:cs="Calibri" w:eastAsia="Microsoft YaHei"/>
        </w:rPr>
        <w:t>: controls indexer/rotary table actions.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Move to Point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Move to XYZR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Relative Move</w:t>
      </w:r>
      <w:r>
        <w:rPr>
          <w:rFonts w:ascii="Calibri" w:hAnsi="Calibri" w:cs="Calibri" w:eastAsia="Microsoft YaHei"/>
        </w:rPr>
        <w:t>: interpolation-mode motion instructions.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Pick/Place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Pick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Place</w:t>
      </w:r>
      <w:r>
        <w:rPr>
          <w:rFonts w:ascii="Calibri" w:hAnsi="Calibri" w:cs="Calibri" w:eastAsia="Microsoft YaHei"/>
        </w:rPr>
        <w:t>: pick-and-place actions in interpolation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Home</w:t>
      </w:r>
      <w:r>
        <w:rPr>
          <w:rFonts w:ascii="Calibri" w:hAnsi="Calibri" w:cs="Calibri" w:eastAsia="Microsoft YaHei"/>
        </w:rPr>
        <w:t xml:space="preserve">, </w:t>
      </w:r>
      <w:r>
        <w:rPr>
          <w:rFonts w:ascii="Consolas" w:hAnsi="Consolas" w:cs="Consolas" w:eastAsia="Consolas"/>
          <w:sz w:val="20"/>
          <w:szCs w:val="20"/>
        </w:rPr>
        <w:t>Single-Stage Home</w:t>
      </w:r>
      <w:r>
        <w:rPr>
          <w:rFonts w:ascii="Calibri" w:hAnsi="Calibri" w:cs="Calibri" w:eastAsia="Microsoft YaHei"/>
        </w:rPr>
        <w:t>: axis homing actions.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End</w:t>
      </w:r>
      <w:r>
        <w:rPr>
          <w:rFonts w:ascii="Calibri" w:hAnsi="Calibri" w:cs="Calibri" w:eastAsia="Microsoft YaHei"/>
        </w:rPr>
        <w:t>: ends the current task.</w:t>
      </w:r>
    </w:p>
    <w:p>
      <w:pPr/>
      <w:r>
        <w:rPr>
          <w:rFonts w:ascii="Calibri" w:hAnsi="Calibri" w:cs="Calibri" w:eastAsia="Microsoft YaHei"/>
        </w:rPr>
        <w:t>Task read/write buttons: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Load From MCU</w:t>
      </w:r>
      <w:r>
        <w:rPr>
          <w:rFonts w:ascii="Calibri" w:hAnsi="Calibri" w:cs="Calibri" w:eastAsia="Microsoft YaHei"/>
        </w:rPr>
        <w:t>: reads the current task slot from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 xml:space="preserve">: saves the current task to local </w:t>
      </w:r>
      <w:r>
        <w:rPr>
          <w:rFonts w:ascii="Consolas" w:hAnsi="Consolas" w:cs="Consolas" w:eastAsia="Consolas"/>
          <w:sz w:val="20"/>
          <w:szCs w:val="20"/>
        </w:rPr>
        <w:t>config_default.json</w:t>
      </w:r>
      <w:r>
        <w:rPr>
          <w:rFonts w:ascii="Calibri" w:hAnsi="Calibri" w:cs="Calibri" w:eastAsia="Microsoft YaHei"/>
        </w:rPr>
        <w:t xml:space="preserve"> and downloads it to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Load From File</w:t>
      </w:r>
      <w:r>
        <w:rPr>
          <w:rFonts w:ascii="Calibri" w:hAnsi="Calibri" w:cs="Calibri" w:eastAsia="Microsoft YaHei"/>
        </w:rPr>
        <w:t>: loads task data from local default configuration.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Save to File</w:t>
      </w:r>
      <w:r>
        <w:rPr>
          <w:rFonts w:ascii="Calibri" w:hAnsi="Calibri" w:cs="Calibri" w:eastAsia="Microsoft YaHei"/>
        </w:rPr>
        <w:t xml:space="preserve"> / </w:t>
      </w:r>
      <w:r>
        <w:rPr>
          <w:rFonts w:ascii="Consolas" w:hAnsi="Consolas" w:cs="Consolas" w:eastAsia="Consolas"/>
          <w:sz w:val="20"/>
          <w:szCs w:val="20"/>
        </w:rPr>
        <w:t>Save Local</w:t>
      </w:r>
      <w:r>
        <w:rPr>
          <w:rFonts w:ascii="Calibri" w:hAnsi="Calibri" w:cs="Calibri" w:eastAsia="Microsoft YaHei"/>
        </w:rPr>
        <w:t>: saves the current task or all tasks for backup and recovery.</w:t>
      </w:r>
    </w:p>
    <w:p>
      <w:pPr/>
      <w:r>
        <w:rPr>
          <w:rFonts w:ascii="Calibri" w:hAnsi="Calibri" w:cs="Calibri" w:eastAsia="Microsoft YaHei"/>
        </w:rPr>
        <w:t>Notes: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If a task is not ready in the MCU, the software may try to download it and start again.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The </w:t>
      </w:r>
      <w:r>
        <w:rPr>
          <w:rFonts w:ascii="Consolas" w:hAnsi="Consolas" w:cs="Consolas" w:eastAsia="Consolas"/>
          <w:sz w:val="20"/>
          <w:szCs w:val="20"/>
        </w:rPr>
        <w:t>Test</w:t>
      </w:r>
      <w:r>
        <w:rPr>
          <w:rFonts w:ascii="Calibri" w:hAnsi="Calibri" w:cs="Calibri" w:eastAsia="Microsoft YaHei"/>
        </w:rPr>
        <w:t xml:space="preserve"> task and system tasks </w:t>
      </w:r>
      <w:r>
        <w:rPr>
          <w:rFonts w:ascii="Consolas" w:hAnsi="Consolas" w:cs="Consolas" w:eastAsia="Consolas"/>
          <w:sz w:val="20"/>
          <w:szCs w:val="20"/>
        </w:rPr>
        <w:t>0-9</w:t>
      </w:r>
      <w:r>
        <w:rPr>
          <w:rFonts w:ascii="Calibri" w:hAnsi="Calibri" w:cs="Calibri" w:eastAsia="Microsoft YaHei"/>
        </w:rPr>
        <w:t xml:space="preserve"> are mutually exclusive while running or paused.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After editing a task, save and download it before running.</w:t>
      </w:r>
    </w:p>
    <w:p>
      <w:pPr>
        <w:pStyle w:val="Heading1"/>
      </w:pPr>
      <w:r>
        <w:rPr>
          <w:rFonts w:ascii="Calibri" w:hAnsi="Calibri" w:cs="Calibri" w:eastAsia="Microsoft YaHei"/>
        </w:rPr>
        <w:t>6. Task Points and Point Matrix</w:t>
      </w:r>
    </w:p>
    <w:p>
      <w:pPr/>
      <w:r>
        <w:rPr>
          <w:rFonts w:ascii="Calibri" w:hAnsi="Calibri" w:cs="Calibri" w:eastAsia="Microsoft YaHei"/>
        </w:rPr>
        <w:t xml:space="preserve">The task point table stores </w:t>
      </w:r>
      <w:r>
        <w:rPr>
          <w:rFonts w:ascii="Consolas" w:hAnsi="Consolas" w:cs="Consolas" w:eastAsia="Consolas"/>
          <w:sz w:val="20"/>
          <w:szCs w:val="20"/>
        </w:rPr>
        <w:t>X/Y/Z/R</w:t>
      </w:r>
      <w:r>
        <w:rPr>
          <w:rFonts w:ascii="Calibri" w:hAnsi="Calibri" w:cs="Calibri" w:eastAsia="Microsoft YaHei"/>
        </w:rPr>
        <w:t xml:space="preserve"> coordinates. These points are used by motion and pick-place instructions.</w:t>
      </w:r>
    </w:p>
    <w:p>
      <w:pPr/>
      <w:r>
        <w:rPr>
          <w:rFonts w:ascii="Calibri" w:hAnsi="Calibri" w:cs="Calibri" w:eastAsia="Microsoft YaHei"/>
        </w:rPr>
        <w:t>Common operations: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Add</w:t>
      </w:r>
      <w:r>
        <w:rPr>
          <w:rFonts w:ascii="Calibri" w:hAnsi="Calibri" w:cs="Calibri" w:eastAsia="Microsoft YaHei"/>
        </w:rPr>
        <w:t>: add a point at the end.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Insert</w:t>
      </w:r>
      <w:r>
        <w:rPr>
          <w:rFonts w:ascii="Calibri" w:hAnsi="Calibri" w:cs="Calibri" w:eastAsia="Microsoft YaHei"/>
        </w:rPr>
        <w:t>: insert a point above the selected row.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Delete</w:t>
      </w:r>
      <w:r>
        <w:rPr>
          <w:rFonts w:ascii="Calibri" w:hAnsi="Calibri" w:cs="Calibri" w:eastAsia="Microsoft YaHei"/>
        </w:rPr>
        <w:t>: delete selected points.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Select All</w:t>
      </w:r>
      <w:r>
        <w:rPr>
          <w:rFonts w:ascii="Calibri" w:hAnsi="Calibri" w:cs="Calibri" w:eastAsia="Microsoft YaHei"/>
        </w:rPr>
        <w:t>: select or clear all points.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Load From MCU</w:t>
      </w:r>
      <w:r>
        <w:rPr>
          <w:rFonts w:ascii="Calibri" w:hAnsi="Calibri" w:cs="Calibri" w:eastAsia="Microsoft YaHei"/>
        </w:rPr>
        <w:t>: read the point table from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>: save points to local default configuration and download them to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Load From File</w:t>
      </w:r>
      <w:r>
        <w:rPr>
          <w:rFonts w:ascii="Calibri" w:hAnsi="Calibri" w:cs="Calibri" w:eastAsia="Microsoft YaHei"/>
        </w:rPr>
        <w:t>: load points from local default configuration.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Set Current Point</w:t>
      </w:r>
      <w:r>
        <w:rPr>
          <w:rFonts w:ascii="Calibri" w:hAnsi="Calibri" w:cs="Calibri" w:eastAsia="Microsoft YaHei"/>
        </w:rPr>
        <w:t>: write the current machine position into the selected point.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Move to Selected Point</w:t>
      </w:r>
      <w:r>
        <w:rPr>
          <w:rFonts w:ascii="Calibri" w:hAnsi="Calibri" w:cs="Calibri" w:eastAsia="Microsoft YaHei"/>
        </w:rPr>
        <w:t>: move the machine to the selected point.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Generate Matrix</w:t>
      </w:r>
      <w:r>
        <w:rPr>
          <w:rFonts w:ascii="Calibri" w:hAnsi="Calibri" w:cs="Calibri" w:eastAsia="Microsoft YaHei"/>
        </w:rPr>
        <w:t>: generate evenly distributed points from start/end coordinates and count.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Apply +</w:t>
      </w:r>
      <w:r>
        <w:rPr>
          <w:rFonts w:ascii="Calibri" w:hAnsi="Calibri" w:cs="Calibri" w:eastAsia="Microsoft YaHei"/>
        </w:rPr>
        <w:t xml:space="preserve"> / </w:t>
      </w:r>
      <w:r>
        <w:rPr>
          <w:rFonts w:ascii="Consolas" w:hAnsi="Consolas" w:cs="Consolas" w:eastAsia="Consolas"/>
          <w:sz w:val="20"/>
          <w:szCs w:val="20"/>
        </w:rPr>
        <w:t>Apply -</w:t>
      </w:r>
      <w:r>
        <w:rPr>
          <w:rFonts w:ascii="Calibri" w:hAnsi="Calibri" w:cs="Calibri" w:eastAsia="Microsoft YaHei"/>
        </w:rPr>
        <w:t>: apply positive or negative offset to selected points.</w:t>
      </w:r>
    </w:p>
    <w:p>
      <w:pPr/>
      <w:r>
        <w:rPr>
          <w:rFonts w:ascii="Calibri" w:hAnsi="Calibri" w:cs="Calibri" w:eastAsia="Microsoft YaHei"/>
        </w:rPr>
        <w:t>Recommendations: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Use low speed and short movement for first-time point verification.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Before moving to a selected point, confirm that the coordinate is within the configured travel range.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Back up point data before applying batch offsets.</w:t>
      </w:r>
    </w:p>
    <w:p>
      <w:pPr>
        <w:pStyle w:val="Heading1"/>
      </w:pPr>
      <w:r>
        <w:rPr>
          <w:rFonts w:ascii="Calibri" w:hAnsi="Calibri" w:cs="Calibri" w:eastAsia="Microsoft YaHei"/>
        </w:rPr>
        <w:t>7. Single Task Running and Debugging</w:t>
      </w:r>
    </w:p>
    <w:p>
      <w:pPr/>
      <w:r>
        <w:rPr>
          <w:rFonts w:ascii="Calibri" w:hAnsi="Calibri" w:cs="Calibri" w:eastAsia="Microsoft YaHei"/>
        </w:rPr>
        <w:t>The current task area provides local controls for the selected task slot: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Run/Resume</w:t>
      </w:r>
      <w:r>
        <w:rPr>
          <w:rFonts w:ascii="Calibri" w:hAnsi="Calibri" w:cs="Calibri" w:eastAsia="Microsoft YaHei"/>
        </w:rPr>
        <w:t>: runs the selected task or resumes it if paused.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Pause</w:t>
      </w:r>
      <w:r>
        <w:rPr>
          <w:rFonts w:ascii="Calibri" w:hAnsi="Calibri" w:cs="Calibri" w:eastAsia="Microsoft YaHei"/>
        </w:rPr>
        <w:t>: pauses the current task immediately and releases resources.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Buffered Pause</w:t>
      </w:r>
      <w:r>
        <w:rPr>
          <w:rFonts w:ascii="Calibri" w:hAnsi="Calibri" w:cs="Calibri" w:eastAsia="Microsoft YaHei"/>
        </w:rPr>
        <w:t>: pauses after the current instruction finishes.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Immediate Stop</w:t>
      </w:r>
      <w:r>
        <w:rPr>
          <w:rFonts w:ascii="Calibri" w:hAnsi="Calibri" w:cs="Calibri" w:eastAsia="Microsoft YaHei"/>
        </w:rPr>
        <w:t>: stops the current task immediately.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Buffered Stop</w:t>
      </w:r>
      <w:r>
        <w:rPr>
          <w:rFonts w:ascii="Calibri" w:hAnsi="Calibri" w:cs="Calibri" w:eastAsia="Microsoft YaHei"/>
        </w:rPr>
        <w:t>: stops after the current instruction finishes.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Step Run</w:t>
      </w:r>
      <w:r>
        <w:rPr>
          <w:rFonts w:ascii="Calibri" w:hAnsi="Calibri" w:cs="Calibri" w:eastAsia="Microsoft YaHei"/>
        </w:rPr>
        <w:t>: executes the selected instruction row, useful for debugging.</w:t>
      </w:r>
    </w:p>
    <w:p>
      <w:pPr/>
      <w:r>
        <w:rPr>
          <w:rFonts w:ascii="Calibri" w:hAnsi="Calibri" w:cs="Calibri" w:eastAsia="Microsoft YaHei"/>
        </w:rPr>
        <w:t>Debugging suggestions: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Verify new tasks in the </w:t>
      </w:r>
      <w:r>
        <w:rPr>
          <w:rFonts w:ascii="Consolas" w:hAnsi="Consolas" w:cs="Consolas" w:eastAsia="Consolas"/>
          <w:sz w:val="20"/>
          <w:szCs w:val="20"/>
        </w:rPr>
        <w:t>Test</w:t>
      </w:r>
      <w:r>
        <w:rPr>
          <w:rFonts w:ascii="Calibri" w:hAnsi="Calibri" w:cs="Calibri" w:eastAsia="Microsoft YaHei"/>
        </w:rPr>
        <w:t xml:space="preserve"> slot or a low-risk condition first.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Select the target instruction row before using step run.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For IO, vacuum, motor, and axis movement instructions, confirm the mechanism state first.</w:t>
      </w:r>
    </w:p>
    <w:p>
      <w:pPr>
        <w:pStyle w:val="Heading1"/>
      </w:pPr>
      <w:r>
        <w:rPr>
          <w:rFonts w:ascii="Calibri" w:hAnsi="Calibri" w:cs="Calibri" w:eastAsia="Microsoft YaHei"/>
        </w:rPr>
        <w:t>8. System Parameters: Common Settings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3" name="Figure 3. System Parameters - Common Settings" descr="Figure 3. System Parameters - Common Setting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3. System Parameters - Common Settings" descr="Figure 3. System Parameters - Common Setting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3. System Parameters - Common Settings</w:t>
      </w:r>
    </w:p>
    <w:p>
      <w:pPr>
        <w:pStyle w:val="ManualCaption"/>
      </w:pPr>
      <w:r>
        <w:rPr>
          <w:rFonts w:ascii="Calibri" w:hAnsi="Calibri" w:cs="Calibri" w:eastAsia="Microsoft YaHei"/>
        </w:rPr>
        <w:t>Figure 3: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System mode: switch between </w:t>
      </w:r>
      <w:r>
        <w:rPr>
          <w:rFonts w:ascii="Consolas" w:hAnsi="Consolas" w:cs="Consolas" w:eastAsia="Consolas"/>
          <w:sz w:val="20"/>
          <w:szCs w:val="20"/>
        </w:rPr>
        <w:t>Non-Interpolation Mode</w:t>
      </w:r>
      <w:r>
        <w:rPr>
          <w:rFonts w:ascii="Calibri" w:hAnsi="Calibri" w:cs="Calibri" w:eastAsia="Microsoft YaHei"/>
        </w:rPr>
        <w:t xml:space="preserve"> and </w:t>
      </w:r>
      <w:r>
        <w:rPr>
          <w:rFonts w:ascii="Consolas" w:hAnsi="Consolas" w:cs="Consolas" w:eastAsia="Consolas"/>
          <w:sz w:val="20"/>
          <w:szCs w:val="20"/>
        </w:rPr>
        <w:t>Interpolation Mode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Communication ports: configure protocol port, debug/trace port, and UI language.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System button settings: map physical X inputs to run/stop/pause/reset functions and choose momentary or hold button type.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Parameter read/write buttons: load from MCU, load from file, save to file, and save/download.</w:t>
      </w:r>
    </w:p>
    <w:p>
      <w:pPr/>
      <w:r>
        <w:rPr>
          <w:rFonts w:ascii="Calibri" w:hAnsi="Calibri" w:cs="Calibri" w:eastAsia="Microsoft YaHei"/>
        </w:rPr>
        <w:t>System mode: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Non-Interpolation Mode</w:t>
      </w:r>
      <w:r>
        <w:rPr>
          <w:rFonts w:ascii="Calibri" w:hAnsi="Calibri" w:cs="Calibri" w:eastAsia="Microsoft YaHei"/>
        </w:rPr>
        <w:t>: mainly uses individual motor default speed and auxiliary motor actions.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Interpolation Mode</w:t>
      </w:r>
      <w:r>
        <w:rPr>
          <w:rFonts w:ascii="Calibri" w:hAnsi="Calibri" w:cs="Calibri" w:eastAsia="Microsoft YaHei"/>
        </w:rPr>
        <w:t>: enables XYZR interpolation, task points, pick-place workflow, and multi-axis reset.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Switch Mode</w:t>
      </w:r>
      <w:r>
        <w:rPr>
          <w:rFonts w:ascii="Calibri" w:hAnsi="Calibri" w:cs="Calibri" w:eastAsia="Microsoft YaHei"/>
        </w:rPr>
        <w:t xml:space="preserve"> requires system restart. After confirmation, the software saves </w:t>
      </w:r>
      <w:r>
        <w:rPr>
          <w:rFonts w:ascii="Consolas" w:hAnsi="Consolas" w:cs="Consolas" w:eastAsia="Consolas"/>
          <w:sz w:val="20"/>
          <w:szCs w:val="20"/>
        </w:rPr>
        <w:t>config_default.json</w:t>
      </w:r>
      <w:r>
        <w:rPr>
          <w:rFonts w:ascii="Calibri" w:hAnsi="Calibri" w:cs="Calibri" w:eastAsia="Microsoft YaHei"/>
        </w:rPr>
        <w:t>, writes mode parameters to MCU, performs system reset, and waits for reconnection.</w:t>
      </w:r>
    </w:p>
    <w:p>
      <w:pPr/>
      <w:r>
        <w:rPr>
          <w:rFonts w:ascii="Calibri" w:hAnsi="Calibri" w:cs="Calibri" w:eastAsia="Microsoft YaHei"/>
        </w:rPr>
        <w:t>Physical button settings: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The left column shows the function name, the middle column selects the physical X input, and the right column selects the button type.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Unused</w:t>
      </w:r>
      <w:r>
        <w:rPr>
          <w:rFonts w:ascii="Calibri" w:hAnsi="Calibri" w:cs="Calibri" w:eastAsia="Microsoft YaHei"/>
        </w:rPr>
        <w:t xml:space="preserve"> means no physical input is assigned.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Safety-related functions such as immediate stop and reset should use reliable, clearly labeled physical buttons.</w:t>
      </w:r>
    </w:p>
    <w:p>
      <w:pPr>
        <w:pStyle w:val="Heading1"/>
      </w:pPr>
      <w:r>
        <w:rPr>
          <w:rFonts w:ascii="Calibri" w:hAnsi="Calibri" w:cs="Calibri" w:eastAsia="Microsoft YaHei"/>
        </w:rPr>
        <w:t>9. System Parameters: Interpolation Settings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4" name="Figure 4. System Parameters - Interpolation Settings" descr="Figure 4. System Parameters - Interpolation Setting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4. System Parameters - Interpolation Settings" descr="Figure 4. System Parameters - Interpolation Setting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4. System Parameters - Interpolation Settings</w:t>
      </w:r>
    </w:p>
    <w:p>
      <w:pPr>
        <w:pStyle w:val="ManualCaption"/>
      </w:pPr>
      <w:r>
        <w:rPr>
          <w:rFonts w:ascii="Calibri" w:hAnsi="Calibri" w:cs="Calibri" w:eastAsia="Microsoft YaHei"/>
        </w:rPr>
        <w:t>Figure 4: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Interpolation speed/acceleration parameters: start speed, linear/circular max speed, acceleration, pulse equivalent, and R-axis angle equivalent.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Multi-axis homing and travel parameters: Home search/backoff/latch speed, reset speed, home initial position, run-end position, and max travel.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Auxiliary motor parameters in interpolation mode, usually M4-M7.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Parameter read/write buttons.</w:t>
      </w:r>
    </w:p>
    <w:p>
      <w:pPr/>
      <w:r>
        <w:rPr>
          <w:rFonts w:ascii="Calibri" w:hAnsi="Calibri" w:cs="Calibri" w:eastAsia="Microsoft YaHei"/>
        </w:rPr>
        <w:t>Parameter notes: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Start Speed (Hz)</w:t>
      </w:r>
      <w:r>
        <w:rPr>
          <w:rFonts w:ascii="Calibri" w:hAnsi="Calibri" w:cs="Calibri" w:eastAsia="Microsoft YaHei"/>
        </w:rPr>
        <w:t>: initial frequency for interpolation motion.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Linear Max Speed (Hz)</w:t>
      </w:r>
      <w:r>
        <w:rPr>
          <w:rFonts w:ascii="Calibri" w:hAnsi="Calibri" w:cs="Calibri" w:eastAsia="Microsoft YaHei"/>
        </w:rPr>
        <w:t>: maximum speed for linear interpolation.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Linear Accel (pulse/s2)</w:t>
      </w:r>
      <w:r>
        <w:rPr>
          <w:rFonts w:ascii="Calibri" w:hAnsi="Calibri" w:cs="Calibri" w:eastAsia="Microsoft YaHei"/>
        </w:rPr>
        <w:t>: acceleration for linear interpolation.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Circular Interp Max Speed</w:t>
      </w:r>
      <w:r>
        <w:rPr>
          <w:rFonts w:ascii="Calibri" w:hAnsi="Calibri" w:cs="Calibri" w:eastAsia="Microsoft YaHei"/>
        </w:rPr>
        <w:t xml:space="preserve"> and </w:t>
      </w:r>
      <w:r>
        <w:rPr>
          <w:rFonts w:ascii="Consolas" w:hAnsi="Consolas" w:cs="Consolas" w:eastAsia="Consolas"/>
          <w:sz w:val="20"/>
          <w:szCs w:val="20"/>
        </w:rPr>
        <w:t>Circular Interp Accel</w:t>
      </w:r>
      <w:r>
        <w:rPr>
          <w:rFonts w:ascii="Calibri" w:hAnsi="Calibri" w:cs="Calibri" w:eastAsia="Microsoft YaHei"/>
        </w:rPr>
        <w:t>: speed and acceleration for arc interpolation.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Pulse Equivalent</w:t>
      </w:r>
      <w:r>
        <w:rPr>
          <w:rFonts w:ascii="Calibri" w:hAnsi="Calibri" w:cs="Calibri" w:eastAsia="Microsoft YaHei"/>
        </w:rPr>
        <w:t>: linear distance per pulse, used for coordinate conversion.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 Axis Pulse Angle Equivalent</w:t>
      </w:r>
      <w:r>
        <w:rPr>
          <w:rFonts w:ascii="Calibri" w:hAnsi="Calibri" w:cs="Calibri" w:eastAsia="Microsoft YaHei"/>
        </w:rPr>
        <w:t>: R-axis pulse-to-angle conversion.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Home Initial Position X/Y/Z/R</w:t>
      </w:r>
      <w:r>
        <w:rPr>
          <w:rFonts w:ascii="Calibri" w:hAnsi="Calibri" w:cs="Calibri" w:eastAsia="Microsoft YaHei"/>
        </w:rPr>
        <w:t>: target position after homing.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Axis Max X/Y/Z/R</w:t>
      </w:r>
      <w:r>
        <w:rPr>
          <w:rFonts w:ascii="Calibri" w:hAnsi="Calibri" w:cs="Calibri" w:eastAsia="Microsoft YaHei"/>
        </w:rPr>
        <w:t>: maximum allowed travel for each axis.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Auto Multi-Axis Reset After System Reset</w:t>
      </w:r>
      <w:r>
        <w:rPr>
          <w:rFonts w:ascii="Calibri" w:hAnsi="Calibri" w:cs="Calibri" w:eastAsia="Microsoft YaHei"/>
        </w:rPr>
        <w:t>: automatically runs multi-axis reset after system reset.</w:t>
      </w:r>
    </w:p>
    <w:p>
      <w:pPr/>
      <w:r>
        <w:rPr>
          <w:rFonts w:ascii="Calibri" w:hAnsi="Calibri" w:cs="Calibri" w:eastAsia="Microsoft YaHei"/>
        </w:rPr>
        <w:t>Recommendations: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Record original values before changing travel, pulse equivalent, or R-axis equivalent.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Save to file before downloading changed parameters to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After parameter changes, verify with low-speed dry run or step debugging.</w:t>
      </w:r>
    </w:p>
    <w:p>
      <w:pPr>
        <w:pStyle w:val="Heading1"/>
      </w:pPr>
      <w:r>
        <w:rPr>
          <w:rFonts w:ascii="Calibri" w:hAnsi="Calibri" w:cs="Calibri" w:eastAsia="Microsoft YaHei"/>
        </w:rPr>
        <w:t>10. System Parameters: Non-Interpolation Settings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5" name="Figure 5. System Parameters - Non-Interpolation Settings" descr="Figure 5. System Parameters - Non-Interpolation Setting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5. System Parameters - Non-Interpolation Settings" descr="Figure 5. System Parameters - Non-Interpolation Setting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5. System Parameters - Non-Interpolation Settings</w:t>
      </w:r>
    </w:p>
    <w:p>
      <w:pPr>
        <w:pStyle w:val="ManualCaption"/>
      </w:pPr>
      <w:r>
        <w:rPr>
          <w:rFonts w:ascii="Calibri" w:hAnsi="Calibri" w:cs="Calibri" w:eastAsia="Microsoft YaHei"/>
        </w:rPr>
        <w:t>Figure 5: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Motor parameter table: shows default speed, base frequency, divider, and actual speed for M0-M7.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Parameter read/write buttons.</w:t>
      </w:r>
    </w:p>
    <w:p>
      <w:pPr/>
      <w:r>
        <w:rPr>
          <w:rFonts w:ascii="Calibri" w:hAnsi="Calibri" w:cs="Calibri" w:eastAsia="Microsoft YaHei"/>
        </w:rPr>
        <w:t>Usage: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Change </w:t>
      </w:r>
      <w:r>
        <w:rPr>
          <w:rFonts w:ascii="Consolas" w:hAnsi="Consolas" w:cs="Consolas" w:eastAsia="Consolas"/>
          <w:sz w:val="20"/>
          <w:szCs w:val="20"/>
        </w:rPr>
        <w:t>Default Speed (Hz)</w:t>
      </w:r>
      <w:r>
        <w:rPr>
          <w:rFonts w:ascii="Calibri" w:hAnsi="Calibri" w:cs="Calibri" w:eastAsia="Microsoft YaHei"/>
        </w:rPr>
        <w:t xml:space="preserve"> for each motor as needed; the actual output frequency is calculated from the base frequency and divider.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Before testing a motor individually, confirm that it is allowed in the current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In interpolation mode, M0-M3 are normally controlled by interpolation and should not be manually tested as independent motors.</w:t>
      </w:r>
    </w:p>
    <w:p>
      <w:pPr>
        <w:pStyle w:val="Heading1"/>
      </w:pPr>
      <w:r>
        <w:rPr>
          <w:rFonts w:ascii="Calibri" w:hAnsi="Calibri" w:cs="Calibri" w:eastAsia="Microsoft YaHei"/>
        </w:rPr>
        <w:t>11. System Monitor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6" name="Figure 6. System Monitor" descr="Figure 6. System Monito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 6. System Monitor" descr="Figure 6. System Monitor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Figure 6. System Monitor</w:t>
      </w:r>
    </w:p>
    <w:p>
      <w:pPr>
        <w:pStyle w:val="ManualCaption"/>
      </w:pPr>
      <w:r>
        <w:rPr>
          <w:rFonts w:ascii="Calibri" w:hAnsi="Calibri" w:cs="Calibri" w:eastAsia="Microsoft YaHei"/>
        </w:rPr>
        <w:t>Figure 6: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Global variables and X input status.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Y output status and motor status.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Statistics buttons: read MCU statistics and clear statistics.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Runtime statistics: task memory usage, interrupt load, and task stack watermarks.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Status bar.</w:t>
      </w:r>
    </w:p>
    <w:p>
      <w:pPr/>
      <w:r>
        <w:rPr>
          <w:rFonts w:ascii="Calibri" w:hAnsi="Calibri" w:cs="Calibri" w:eastAsia="Microsoft YaHei"/>
        </w:rPr>
        <w:t>Global variables: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Read</w:t>
      </w:r>
      <w:r>
        <w:rPr>
          <w:rFonts w:ascii="Calibri" w:hAnsi="Calibri" w:cs="Calibri" w:eastAsia="Microsoft YaHei"/>
        </w:rPr>
        <w:t>: reads V0-V19 from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Write Selected</w:t>
      </w:r>
      <w:r>
        <w:rPr>
          <w:rFonts w:ascii="Calibri" w:hAnsi="Calibri" w:cs="Calibri" w:eastAsia="Microsoft YaHei"/>
        </w:rPr>
        <w:t>: writes the selected variable to MCU.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Clear All</w:t>
      </w:r>
      <w:r>
        <w:rPr>
          <w:rFonts w:ascii="Calibri" w:hAnsi="Calibri" w:cs="Calibri" w:eastAsia="Microsoft YaHei"/>
        </w:rPr>
        <w:t>: clears all 20 global variables.</w:t>
      </w:r>
    </w:p>
    <w:p>
      <w:pPr/>
      <w:r>
        <w:rPr>
          <w:rFonts w:ascii="Calibri" w:hAnsi="Calibri" w:cs="Calibri" w:eastAsia="Microsoft YaHei"/>
        </w:rPr>
        <w:t>IO and motor status: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X inputs are status displays from heartbeat data.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Y output buttons can send IO toggle commands when allowed; in interpolation mode, some Y outputs are used for direction control and are display-only.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Motor buttons can start or stop default-speed motor tests when allowed; in interpolation mode, M0-M3 are normally display-only.</w:t>
      </w:r>
    </w:p>
    <w:p>
      <w:pPr/>
      <w:r>
        <w:rPr>
          <w:rFonts w:ascii="Calibri" w:hAnsi="Calibri" w:cs="Calibri" w:eastAsia="Microsoft YaHei"/>
        </w:rPr>
        <w:t>Statistics: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Read MCU Statistics</w:t>
      </w:r>
      <w:r>
        <w:rPr>
          <w:rFonts w:ascii="Calibri" w:hAnsi="Calibri" w:cs="Calibri" w:eastAsia="Microsoft YaHei"/>
        </w:rPr>
        <w:t>: refreshes task usage, interrupt timing, stack statistics, and global variables.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Clear Statistics</w:t>
      </w:r>
      <w:r>
        <w:rPr>
          <w:rFonts w:ascii="Calibri" w:hAnsi="Calibri" w:cs="Calibri" w:eastAsia="Microsoft YaHei"/>
        </w:rPr>
        <w:t>: clears MCU-side statistics.</w:t>
      </w:r>
    </w:p>
    <w:p>
      <w:pPr>
        <w:pStyle w:val="Heading1"/>
      </w:pPr>
      <w:r>
        <w:rPr>
          <w:rFonts w:ascii="Calibri" w:hAnsi="Calibri" w:cs="Calibri" w:eastAsia="Microsoft YaHei"/>
        </w:rPr>
        <w:t>12. Common Workflows</w:t>
      </w:r>
    </w:p>
    <w:p>
      <w:pPr>
        <w:pStyle w:val="Heading2"/>
      </w:pPr>
      <w:r>
        <w:rPr>
          <w:rFonts w:ascii="Calibri" w:hAnsi="Calibri" w:cs="Calibri" w:eastAsia="Microsoft YaHei"/>
        </w:rPr>
        <w:t>12.1 Download and Run a Task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Select a task slot.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Edit instructions and parameters.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If the task uses points, edit and download task points first.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 xml:space="preserve"> for the current task.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Run/Resume</w:t>
      </w:r>
      <w:r>
        <w:rPr>
          <w:rFonts w:ascii="Calibri" w:hAnsi="Calibri" w:cs="Calibri" w:eastAsia="Microsoft YaHei"/>
        </w:rPr>
        <w:t xml:space="preserve"> to run the selected task, or open the operation panel and click </w:t>
      </w:r>
      <w:r>
        <w:rPr>
          <w:rFonts w:ascii="Consolas" w:hAnsi="Consolas" w:cs="Consolas" w:eastAsia="Consolas"/>
          <w:sz w:val="20"/>
          <w:szCs w:val="20"/>
        </w:rPr>
        <w:t>Run</w:t>
      </w:r>
      <w:r>
        <w:rPr>
          <w:rFonts w:ascii="Calibri" w:hAnsi="Calibri" w:cs="Calibri" w:eastAsia="Microsoft YaHei"/>
        </w:rPr>
        <w:t xml:space="preserve"> to run all runnable tasks.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Watch the status bar, task state, IO status, and real machine movement.</w:t>
      </w:r>
    </w:p>
    <w:p>
      <w:pPr>
        <w:pStyle w:val="Heading2"/>
      </w:pPr>
      <w:r>
        <w:rPr>
          <w:rFonts w:ascii="Calibri" w:hAnsi="Calibri" w:cs="Calibri" w:eastAsia="Microsoft YaHei"/>
        </w:rPr>
        <w:t>12.2 Modify System Parameters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Open </w:t>
      </w:r>
      <w:r>
        <w:rPr>
          <w:rFonts w:ascii="Consolas" w:hAnsi="Consolas" w:cs="Consolas" w:eastAsia="Consolas"/>
          <w:sz w:val="20"/>
          <w:szCs w:val="20"/>
        </w:rPr>
        <w:t>System Parameters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Load From MCU</w:t>
      </w:r>
      <w:r>
        <w:rPr>
          <w:rFonts w:ascii="Calibri" w:hAnsi="Calibri" w:cs="Calibri" w:eastAsia="Microsoft YaHei"/>
        </w:rPr>
        <w:t xml:space="preserve"> first.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Modify the required parameters.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Save to File</w:t>
      </w:r>
      <w:r>
        <w:rPr>
          <w:rFonts w:ascii="Calibri" w:hAnsi="Calibri" w:cs="Calibri" w:eastAsia="Microsoft YaHei"/>
        </w:rPr>
        <w:t xml:space="preserve"> for backup.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Save and Download</w:t>
      </w:r>
      <w:r>
        <w:rPr>
          <w:rFonts w:ascii="Calibri" w:hAnsi="Calibri" w:cs="Calibri" w:eastAsia="Microsoft YaHei"/>
        </w:rPr>
        <w:t xml:space="preserve"> to write parameters to MCU.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For motion-related changes, verify with low-speed dry run.</w:t>
      </w:r>
    </w:p>
    <w:p>
      <w:pPr>
        <w:pStyle w:val="Heading2"/>
      </w:pPr>
      <w:r>
        <w:rPr>
          <w:rFonts w:ascii="Calibri" w:hAnsi="Calibri" w:cs="Calibri" w:eastAsia="Microsoft YaHei"/>
        </w:rPr>
        <w:t>12.3 Switch Between Modes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Open </w:t>
      </w:r>
      <w:r>
        <w:rPr>
          <w:rFonts w:ascii="Consolas" w:hAnsi="Consolas" w:cs="Consolas" w:eastAsia="Consolas"/>
          <w:sz w:val="20"/>
          <w:szCs w:val="20"/>
        </w:rPr>
        <w:t>System Parameters</w:t>
      </w:r>
      <w:r>
        <w:rPr>
          <w:rFonts w:ascii="Calibri" w:hAnsi="Calibri" w:cs="Calibri" w:eastAsia="Microsoft YaHei"/>
        </w:rPr>
        <w:t xml:space="preserve"> -&gt; </w:t>
      </w:r>
      <w:r>
        <w:rPr>
          <w:rFonts w:ascii="Consolas" w:hAnsi="Consolas" w:cs="Consolas" w:eastAsia="Consolas"/>
          <w:sz w:val="20"/>
          <w:szCs w:val="20"/>
        </w:rPr>
        <w:t>Common Settings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Confirm the machine is connected.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Click </w:t>
      </w:r>
      <w:r>
        <w:rPr>
          <w:rFonts w:ascii="Consolas" w:hAnsi="Consolas" w:cs="Consolas" w:eastAsia="Consolas"/>
          <w:sz w:val="20"/>
          <w:szCs w:val="20"/>
        </w:rPr>
        <w:t>Switch Mode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Check current mode and target mode in the confirmation dialog.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Confirm. The software writes mode parameters to MCU, performs system reset, and waits for reconnection.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After reconnection, load parameters from MCU again and confirm the mode.</w:t>
      </w:r>
    </w:p>
    <w:p>
      <w:pPr>
        <w:pStyle w:val="Heading2"/>
      </w:pPr>
      <w:r>
        <w:rPr>
          <w:rFonts w:ascii="Calibri" w:hAnsi="Calibri" w:cs="Calibri" w:eastAsia="Microsoft YaHei"/>
        </w:rPr>
        <w:t>12.4 Handle Abnormal Stop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If there is collision, overtravel, or unsafe motion risk, use emergency stop or </w:t>
      </w:r>
      <w:r>
        <w:rPr>
          <w:rFonts w:ascii="Consolas" w:hAnsi="Consolas" w:cs="Consolas" w:eastAsia="Consolas"/>
          <w:sz w:val="20"/>
          <w:szCs w:val="20"/>
        </w:rPr>
        <w:t>Immediate Stop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If the current action can finish safely, use </w:t>
      </w:r>
      <w:r>
        <w:rPr>
          <w:rFonts w:ascii="Consolas" w:hAnsi="Consolas" w:cs="Consolas" w:eastAsia="Consolas"/>
          <w:sz w:val="20"/>
          <w:szCs w:val="20"/>
        </w:rPr>
        <w:t>Buffered Stop</w:t>
      </w:r>
      <w:r>
        <w:rPr>
          <w:rFonts w:ascii="Calibri" w:hAnsi="Calibri" w:cs="Calibri" w:eastAsia="Microsoft YaHei"/>
        </w:rPr>
        <w:t>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After stopping, check mechanism state, point data, IO status, and task parameters.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If necessary, perform </w:t>
      </w:r>
      <w:r>
        <w:rPr>
          <w:rFonts w:ascii="Consolas" w:hAnsi="Consolas" w:cs="Consolas" w:eastAsia="Consolas"/>
          <w:sz w:val="20"/>
          <w:szCs w:val="20"/>
        </w:rPr>
        <w:t>System Reset</w:t>
      </w:r>
      <w:r>
        <w:rPr>
          <w:rFonts w:ascii="Calibri" w:hAnsi="Calibri" w:cs="Calibri" w:eastAsia="Microsoft YaHei"/>
        </w:rPr>
        <w:t xml:space="preserve"> and wait for reconnection.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Before running again, verify with low-speed step run or single-task run.</w:t>
      </w:r>
    </w:p>
    <w:p>
      <w:pPr>
        <w:pStyle w:val="Heading1"/>
      </w:pPr>
      <w:r>
        <w:rPr>
          <w:rFonts w:ascii="Calibri" w:hAnsi="Calibri" w:cs="Calibri" w:eastAsia="Microsoft YaHei"/>
        </w:rPr>
        <w:t>13. Configuration Files</w:t>
      </w:r>
    </w:p>
    <w:p>
      <w:pPr/>
      <w:r>
        <w:rPr>
          <w:rFonts w:ascii="Calibri" w:hAnsi="Calibri" w:cs="Calibri" w:eastAsia="Microsoft YaHei"/>
        </w:rPr>
        <w:t xml:space="preserve">Local configuration is stored under the host software runtime </w:t>
      </w:r>
      <w:r>
        <w:rPr>
          <w:rFonts w:ascii="Consolas" w:hAnsi="Consolas" w:cs="Consolas" w:eastAsia="Consolas"/>
          <w:sz w:val="20"/>
          <w:szCs w:val="20"/>
        </w:rPr>
        <w:t>Data</w:t>
      </w:r>
      <w:r>
        <w:rPr>
          <w:rFonts w:ascii="Calibri" w:hAnsi="Calibri" w:cs="Calibri" w:eastAsia="Microsoft YaHei"/>
        </w:rPr>
        <w:t xml:space="preserve"> directory: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Data\ProjectDefault\config_default.json</w:t>
      </w:r>
      <w:r>
        <w:rPr>
          <w:rFonts w:ascii="Calibri" w:hAnsi="Calibri" w:cs="Calibri" w:eastAsia="Microsoft YaHei"/>
        </w:rPr>
        <w:t>: default configuration for tasks, points, system parameters, and display names.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Data\ProjectDefault\project_default.json</w:t>
      </w:r>
      <w:r>
        <w:rPr>
          <w:rFonts w:ascii="Calibri" w:hAnsi="Calibri" w:cs="Calibri" w:eastAsia="Microsoft YaHei"/>
        </w:rPr>
        <w:t>: legacy default configuration file, still supported for reading.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Data\display.json</w:t>
      </w:r>
      <w:r>
        <w:rPr>
          <w:rFonts w:ascii="Calibri" w:hAnsi="Calibri" w:cs="Calibri" w:eastAsia="Microsoft YaHei"/>
        </w:rPr>
        <w:t>: display name configuration.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Data\ui_settings.json</w:t>
      </w:r>
      <w:r>
        <w:rPr>
          <w:rFonts w:ascii="Calibri" w:hAnsi="Calibri" w:cs="Calibri" w:eastAsia="Microsoft YaHei"/>
        </w:rPr>
        <w:t>: UI language and UI settings.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Consolas"/>
          <w:sz w:val="20"/>
          <w:szCs w:val="20"/>
        </w:rPr>
        <w:t>Data\ui_text.json</w:t>
      </w:r>
      <w:r>
        <w:rPr>
          <w:rFonts w:ascii="Calibri" w:hAnsi="Calibri" w:cs="Calibri" w:eastAsia="Microsoft YaHei"/>
        </w:rPr>
        <w:t xml:space="preserve"> / </w:t>
      </w:r>
      <w:r>
        <w:rPr>
          <w:rFonts w:ascii="Consolas" w:hAnsi="Consolas" w:cs="Consolas" w:eastAsia="Consolas"/>
          <w:sz w:val="20"/>
          <w:szCs w:val="20"/>
        </w:rPr>
        <w:t>ui_text_custom.json</w:t>
      </w:r>
      <w:r>
        <w:rPr>
          <w:rFonts w:ascii="Calibri" w:hAnsi="Calibri" w:cs="Calibri" w:eastAsia="Microsoft YaHei"/>
        </w:rPr>
        <w:t>: UI text resources.</w:t>
      </w:r>
    </w:p>
    <w:p>
      <w:pPr/>
      <w:r>
        <w:rPr>
          <w:rFonts w:ascii="Calibri" w:hAnsi="Calibri" w:cs="Calibri" w:eastAsia="Microsoft YaHei"/>
        </w:rPr>
        <w:t xml:space="preserve">Back up </w:t>
      </w:r>
      <w:r>
        <w:rPr>
          <w:rFonts w:ascii="Consolas" w:hAnsi="Consolas" w:cs="Consolas" w:eastAsia="Consolas"/>
          <w:sz w:val="20"/>
          <w:szCs w:val="20"/>
        </w:rPr>
        <w:t>Data\ProjectDefault\config_default.json</w:t>
      </w:r>
      <w:r>
        <w:rPr>
          <w:rFonts w:ascii="Calibri" w:hAnsi="Calibri" w:cs="Calibri" w:eastAsia="Microsoft YaHei"/>
        </w:rPr>
        <w:t xml:space="preserve"> regularly, especially before changing many tasks, points, or system parameters.</w:t>
      </w:r>
    </w:p>
    <w:p>
      <w:pPr>
        <w:pStyle w:val="Heading1"/>
      </w:pPr>
      <w:r>
        <w:rPr>
          <w:rFonts w:ascii="Calibri" w:hAnsi="Calibri" w:cs="Calibri" w:eastAsia="Microsoft YaHei"/>
        </w:rPr>
        <w:t>14. Troubleshooting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Machine not connected: check controller power, serial cable, port settings, and driver.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No heartbeat: check MCU firmware, protocol port, and whether the serial port is occupied by another program.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Save/download failed: confirm the machine is connected, task parameters are valid, and MCU is not busy.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Multi-axis reset unavailable: confirm the system is in interpolation mode.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Run blocked and reset required: perform </w:t>
      </w:r>
      <w:r>
        <w:rPr>
          <w:rFonts w:ascii="Consolas" w:hAnsi="Consolas" w:cs="Consolas" w:eastAsia="Consolas"/>
          <w:sz w:val="20"/>
          <w:szCs w:val="20"/>
        </w:rPr>
        <w:t>System Reset</w:t>
      </w:r>
      <w:r>
        <w:rPr>
          <w:rFonts w:ascii="Calibri" w:hAnsi="Calibri" w:cs="Calibri" w:eastAsia="Microsoft YaHei"/>
        </w:rPr>
        <w:t>, wait for reconnection, then run again.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IO or motor button has no effect: confirm this IO/motor is allowed in the current mode and machine is connected.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Parameter text turns red: the UI value differs from the saved baseline. Save or reload parameters to clear the warning.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 w:eastAsia="Microsoft YaHei"/>
        <w:color w:val="586170"/>
        <w:sz w:val="18"/>
      </w:rPr>
      <w:t xml:space="preserve">Page </w:t>
    </w:r>
    <w:r>
      <w:rPr>
        <w:rFonts w:ascii="Calibri" w:hAnsi="Calibri" w:cs="Calibri" w:eastAsia="Microsoft YaHei"/>
        <w:color w:val="586170"/>
        <w:sz w:val="18"/>
      </w:rPr>
      <w:fldChar w:fldCharType="begin"/>
    </w:r>
    <w:r>
      <w:rPr>
        <w:rFonts w:ascii="Calibri" w:hAnsi="Calibri" w:cs="Calibri" w:eastAsia="Microsoft YaHei"/>
        <w:color w:val="586170"/>
        <w:sz w:val="18"/>
      </w:rPr>
      <w:instrText xml:space="preserve"> PAGE </w:instrText>
    </w:r>
    <w:r>
      <w:rPr>
        <w:rFonts w:ascii="Calibri" w:hAnsi="Calibri" w:cs="Calibri" w:eastAsia="Microsoft YaHei"/>
        <w:color w:val="586170"/>
        <w:sz w:val="18"/>
      </w:rPr>
      <w:fldChar w:fldCharType="separate"/>
    </w:r>
    <w:r>
      <w:rPr>
        <w:rFonts w:ascii="Calibri" w:hAnsi="Calibri" w:cs="Calibri" w:eastAsia="Microsoft YaHei"/>
        <w:color w:val="586170"/>
        <w:sz w:val="18"/>
      </w:rPr>
      <w:t>1</w:t>
    </w:r>
    <w:r>
      <w:rPr>
        <w:rFonts w:ascii="Calibri" w:hAnsi="Calibri" w:cs="Calibri" w:eastAsia="Microsoft YaHei"/>
        <w:color w:val="586170"/>
        <w:sz w:val="18"/>
      </w:rPr>
      <w:fldChar w:fldCharType="end"/>
    </w:r>
    <w:r>
      <w:rPr>
        <w:rFonts w:ascii="Calibri" w:hAnsi="Calibri" w:cs="Calibri" w:eastAsia="Microsoft YaHei"/>
        <w:color w:val="586170"/>
        <w:sz w:val="18"/>
      </w:rPr>
      <w:t xml:space="preserve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cs="Calibri" w:eastAsia="Microsoft YaHei"/>
        <w:color w:val="586170"/>
        <w:sz w:val="18"/>
      </w:rPr>
      <w:t>STM32F103 Host Software User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cs="Calibri" w:eastAsia="Microsoft YaHe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300" w:lineRule="auto" w:before="0"/>
      <w:contextualSpacing/>
    </w:pPr>
    <w:rPr>
      <w:rFonts w:asciiTheme="majorHAnsi" w:eastAsiaTheme="majorEastAsia" w:hAnsiTheme="majorHAnsi" w:cstheme="majorBidi" w:ascii="Calibri" w:hAnsi="Calibri" w:cs="Calibri" w:eastAsia="Microsoft YaHei"/>
      <w:b w:val="0"/>
      <w:color w:val="0B2545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alCaption">
    <w:name w:val="Manual Caption"/>
    <w:basedOn w:val="Normal"/>
    <w:pPr>
      <w:spacing w:before="40" w:after="160" w:line="276" w:lineRule="auto"/>
    </w:pPr>
    <w:rPr>
      <w:rFonts w:ascii="Calibri" w:hAnsi="Calibri" w:cs="Calibri" w:eastAsia="Microsoft YaHei"/>
      <w:color w:val="586170"/>
      <w:sz w:val="20"/>
    </w:rPr>
  </w:style>
  <w:style w:type="paragraph" w:customStyle="1" w:styleId="ManualIndented">
    <w:name w:val="Manual Indented"/>
    <w:basedOn w:val="Normal"/>
    <w:pPr>
      <w:spacing w:before="0" w:after="80" w:line="300" w:lineRule="auto"/>
      <w:ind w:left="540"/>
    </w:pPr>
    <w:rPr>
      <w:rFonts w:ascii="Calibri" w:hAnsi="Calibri" w:cs="Calibri" w:eastAsia="Microsoft YaHe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